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87D73" w14:textId="77777777" w:rsidR="00033C28" w:rsidRPr="00144A71" w:rsidRDefault="000F084F" w:rsidP="00144A71">
      <w:pPr>
        <w:spacing w:after="0" w:line="360" w:lineRule="auto"/>
        <w:jc w:val="center"/>
        <w:rPr>
          <w:rFonts w:asciiTheme="majorHAnsi" w:hAnsiTheme="majorHAnsi" w:cstheme="majorHAnsi"/>
          <w:sz w:val="32"/>
          <w:szCs w:val="32"/>
          <w:lang w:val="es-CO"/>
        </w:rPr>
      </w:pPr>
      <w:r w:rsidRPr="00144A71">
        <w:rPr>
          <w:rFonts w:asciiTheme="majorHAnsi" w:hAnsiTheme="majorHAnsi" w:cstheme="majorHAnsi"/>
          <w:b/>
          <w:color w:val="17365D"/>
          <w:sz w:val="32"/>
          <w:szCs w:val="32"/>
          <w:lang w:val="es-CO"/>
        </w:rPr>
        <w:t>DESARROLLO FORMAL DE SOFTWARE</w:t>
      </w:r>
    </w:p>
    <w:p w14:paraId="66C18822" w14:textId="77777777" w:rsidR="00033C28" w:rsidRPr="00144A71" w:rsidRDefault="000F084F" w:rsidP="00144A71">
      <w:pPr>
        <w:spacing w:after="0" w:line="360" w:lineRule="auto"/>
        <w:jc w:val="center"/>
        <w:rPr>
          <w:rFonts w:asciiTheme="majorHAnsi" w:hAnsiTheme="majorHAnsi" w:cstheme="majorHAnsi"/>
          <w:sz w:val="28"/>
          <w:szCs w:val="28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8"/>
          <w:szCs w:val="28"/>
          <w:lang w:val="es-CO"/>
        </w:rPr>
        <w:t>FORMATO DE LA PRIMERA ENTREGA DEL PROYECTO</w:t>
      </w:r>
    </w:p>
    <w:p w14:paraId="29906BA7" w14:textId="2BE28C5B" w:rsidR="00033C28" w:rsidRPr="00C12AA0" w:rsidRDefault="000F084F" w:rsidP="00144A71">
      <w:pPr>
        <w:spacing w:after="0" w:line="360" w:lineRule="auto"/>
        <w:jc w:val="center"/>
        <w:rPr>
          <w:rFonts w:asciiTheme="majorHAnsi" w:hAnsiTheme="majorHAnsi" w:cstheme="majorHAnsi"/>
          <w:b/>
          <w:bCs/>
          <w:i/>
          <w:sz w:val="28"/>
          <w:szCs w:val="28"/>
          <w:lang w:val="es-CO"/>
        </w:rPr>
      </w:pPr>
      <w:r w:rsidRPr="00C12AA0">
        <w:rPr>
          <w:rFonts w:asciiTheme="majorHAnsi" w:hAnsiTheme="majorHAnsi" w:cstheme="majorHAnsi"/>
          <w:b/>
          <w:bCs/>
          <w:i/>
          <w:sz w:val="28"/>
          <w:szCs w:val="28"/>
          <w:lang w:val="es-CO"/>
        </w:rPr>
        <w:t>Análisis y Especificación Formal de Funcionalidades</w:t>
      </w:r>
    </w:p>
    <w:p w14:paraId="2D2F5035" w14:textId="77777777" w:rsidR="00144A71" w:rsidRPr="00144A71" w:rsidRDefault="00144A71" w:rsidP="00144A71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368"/>
      </w:tblGrid>
      <w:tr w:rsidR="00033C28" w:rsidRPr="00144A71" w14:paraId="2866EADF" w14:textId="77777777">
        <w:tc>
          <w:tcPr>
            <w:tcW w:w="10368" w:type="dxa"/>
            <w:shd w:val="clear" w:color="auto" w:fill="EEF4FB"/>
            <w:vAlign w:val="center"/>
          </w:tcPr>
          <w:p w14:paraId="247E9D57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0"/>
                <w:szCs w:val="20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0"/>
                <w:szCs w:val="20"/>
                <w:lang w:val="es-CO"/>
              </w:rPr>
              <w:t>Diligencie este documento directamente en Word. Mantenga la estructura y complete los campos indicados. La entrega integra los Capítulos 1, 2 y 3. No se requiere software funcional ni código terminado.</w:t>
            </w:r>
          </w:p>
        </w:tc>
      </w:tr>
    </w:tbl>
    <w:p w14:paraId="212CB12F" w14:textId="77777777" w:rsidR="00144A71" w:rsidRDefault="00144A71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0F4D45CE" w14:textId="493F6C5B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  <w:t>1. Identificación del proyecto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261"/>
        <w:gridCol w:w="7107"/>
      </w:tblGrid>
      <w:tr w:rsidR="00033C28" w:rsidRPr="00144A71" w14:paraId="718B8B04" w14:textId="77777777" w:rsidTr="00144A71">
        <w:trPr>
          <w:jc w:val="center"/>
        </w:trPr>
        <w:tc>
          <w:tcPr>
            <w:tcW w:w="3261" w:type="dxa"/>
            <w:shd w:val="clear" w:color="auto" w:fill="DCE6F1"/>
            <w:vAlign w:val="center"/>
          </w:tcPr>
          <w:p w14:paraId="227BACAE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Nombre del proyecto</w:t>
            </w:r>
          </w:p>
        </w:tc>
        <w:tc>
          <w:tcPr>
            <w:tcW w:w="7107" w:type="dxa"/>
            <w:vAlign w:val="center"/>
          </w:tcPr>
          <w:p w14:paraId="7D9C5591" w14:textId="3D1CEA0D" w:rsidR="00033C28" w:rsidRPr="00144A71" w:rsidRDefault="00033C28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033C28" w:rsidRPr="00144A71" w14:paraId="1C9F4507" w14:textId="77777777" w:rsidTr="00144A71">
        <w:trPr>
          <w:jc w:val="center"/>
        </w:trPr>
        <w:tc>
          <w:tcPr>
            <w:tcW w:w="3261" w:type="dxa"/>
            <w:shd w:val="clear" w:color="auto" w:fill="DCE6F1"/>
            <w:vAlign w:val="center"/>
          </w:tcPr>
          <w:p w14:paraId="116115A9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Programa académico</w:t>
            </w:r>
          </w:p>
        </w:tc>
        <w:tc>
          <w:tcPr>
            <w:tcW w:w="7107" w:type="dxa"/>
            <w:vAlign w:val="center"/>
          </w:tcPr>
          <w:p w14:paraId="5488BBF3" w14:textId="4C9546D0" w:rsidR="00033C28" w:rsidRPr="00144A71" w:rsidRDefault="00144A71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Ingeniería de Sistemas</w:t>
            </w:r>
          </w:p>
        </w:tc>
      </w:tr>
      <w:tr w:rsidR="00033C28" w:rsidRPr="00144A71" w14:paraId="63318BA5" w14:textId="77777777" w:rsidTr="00144A71">
        <w:trPr>
          <w:jc w:val="center"/>
        </w:trPr>
        <w:tc>
          <w:tcPr>
            <w:tcW w:w="3261" w:type="dxa"/>
            <w:shd w:val="clear" w:color="auto" w:fill="DCE6F1"/>
            <w:vAlign w:val="center"/>
          </w:tcPr>
          <w:p w14:paraId="2527D8AA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Asignatura</w:t>
            </w:r>
          </w:p>
        </w:tc>
        <w:tc>
          <w:tcPr>
            <w:tcW w:w="7107" w:type="dxa"/>
            <w:vAlign w:val="center"/>
          </w:tcPr>
          <w:p w14:paraId="04AFB14D" w14:textId="77777777" w:rsidR="00033C28" w:rsidRPr="00144A71" w:rsidRDefault="000F084F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Desarrollo Formal de Software</w:t>
            </w:r>
          </w:p>
        </w:tc>
      </w:tr>
      <w:tr w:rsidR="00033C28" w:rsidRPr="00144A71" w14:paraId="2FDCCB2B" w14:textId="77777777" w:rsidTr="00144A71">
        <w:trPr>
          <w:jc w:val="center"/>
        </w:trPr>
        <w:tc>
          <w:tcPr>
            <w:tcW w:w="3261" w:type="dxa"/>
            <w:shd w:val="clear" w:color="auto" w:fill="DCE6F1"/>
            <w:vAlign w:val="center"/>
          </w:tcPr>
          <w:p w14:paraId="7EC72D60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Grupo / semestre</w:t>
            </w:r>
          </w:p>
        </w:tc>
        <w:tc>
          <w:tcPr>
            <w:tcW w:w="7107" w:type="dxa"/>
            <w:vAlign w:val="center"/>
          </w:tcPr>
          <w:p w14:paraId="3A24C66B" w14:textId="53027C70" w:rsidR="00033C28" w:rsidRPr="00144A71" w:rsidRDefault="00144A71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IS05D1 / V semestre</w:t>
            </w:r>
          </w:p>
        </w:tc>
      </w:tr>
      <w:tr w:rsidR="00033C28" w:rsidRPr="00144A71" w14:paraId="627E5026" w14:textId="77777777" w:rsidTr="00144A71">
        <w:trPr>
          <w:jc w:val="center"/>
        </w:trPr>
        <w:tc>
          <w:tcPr>
            <w:tcW w:w="3261" w:type="dxa"/>
            <w:shd w:val="clear" w:color="auto" w:fill="DCE6F1"/>
            <w:vAlign w:val="center"/>
          </w:tcPr>
          <w:p w14:paraId="446AF15C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Docente</w:t>
            </w:r>
          </w:p>
        </w:tc>
        <w:tc>
          <w:tcPr>
            <w:tcW w:w="7107" w:type="dxa"/>
            <w:vAlign w:val="center"/>
          </w:tcPr>
          <w:p w14:paraId="55BA2DDD" w14:textId="5C90CF7D" w:rsidR="00033C28" w:rsidRPr="00144A71" w:rsidRDefault="00144A71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Yowanna Karina Caicedo Guerrero</w:t>
            </w:r>
          </w:p>
        </w:tc>
      </w:tr>
    </w:tbl>
    <w:p w14:paraId="376FFDE7" w14:textId="77777777" w:rsidR="00144A71" w:rsidRPr="00144A71" w:rsidRDefault="00144A71" w:rsidP="00144A71">
      <w:pPr>
        <w:spacing w:after="0" w:line="240" w:lineRule="auto"/>
        <w:rPr>
          <w:rFonts w:asciiTheme="majorHAnsi" w:hAnsiTheme="majorHAnsi" w:cstheme="majorHAnsi"/>
          <w:b/>
          <w:sz w:val="24"/>
          <w:szCs w:val="24"/>
          <w:lang w:val="es-CO"/>
        </w:rPr>
      </w:pPr>
    </w:p>
    <w:p w14:paraId="22D5ABFB" w14:textId="5E031601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sz w:val="24"/>
          <w:szCs w:val="24"/>
          <w:lang w:val="es-CO"/>
        </w:rPr>
        <w:t>Integrantes del grupo (máximo 3):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6203"/>
        <w:gridCol w:w="3456"/>
      </w:tblGrid>
      <w:tr w:rsidR="00033C28" w:rsidRPr="00144A71" w14:paraId="667209B7" w14:textId="77777777" w:rsidTr="00144A71">
        <w:trPr>
          <w:jc w:val="center"/>
        </w:trPr>
        <w:tc>
          <w:tcPr>
            <w:tcW w:w="709" w:type="dxa"/>
            <w:shd w:val="clear" w:color="auto" w:fill="17365D"/>
            <w:vAlign w:val="center"/>
          </w:tcPr>
          <w:p w14:paraId="7A337E6B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N.º</w:t>
            </w:r>
          </w:p>
        </w:tc>
        <w:tc>
          <w:tcPr>
            <w:tcW w:w="6203" w:type="dxa"/>
            <w:shd w:val="clear" w:color="auto" w:fill="17365D"/>
            <w:vAlign w:val="center"/>
          </w:tcPr>
          <w:p w14:paraId="2485BE97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Nombre completo</w:t>
            </w:r>
          </w:p>
        </w:tc>
        <w:tc>
          <w:tcPr>
            <w:tcW w:w="3456" w:type="dxa"/>
            <w:shd w:val="clear" w:color="auto" w:fill="17365D"/>
            <w:vAlign w:val="center"/>
          </w:tcPr>
          <w:p w14:paraId="39ED7A1A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Código estudiantil</w:t>
            </w:r>
          </w:p>
        </w:tc>
      </w:tr>
      <w:tr w:rsidR="00033C28" w:rsidRPr="00144A71" w14:paraId="3093D207" w14:textId="77777777" w:rsidTr="00144A71">
        <w:trPr>
          <w:jc w:val="center"/>
        </w:trPr>
        <w:tc>
          <w:tcPr>
            <w:tcW w:w="709" w:type="dxa"/>
            <w:vAlign w:val="center"/>
          </w:tcPr>
          <w:p w14:paraId="3FEB9C41" w14:textId="5BC73DF6" w:rsidR="00033C28" w:rsidRPr="00144A71" w:rsidRDefault="00144A71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t>1</w:t>
            </w:r>
          </w:p>
        </w:tc>
        <w:tc>
          <w:tcPr>
            <w:tcW w:w="6203" w:type="dxa"/>
            <w:vAlign w:val="center"/>
          </w:tcPr>
          <w:p w14:paraId="4CD63D3C" w14:textId="2945258B" w:rsidR="00033C28" w:rsidRPr="00144A7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456" w:type="dxa"/>
            <w:vAlign w:val="center"/>
          </w:tcPr>
          <w:p w14:paraId="51F7F58C" w14:textId="465E4335" w:rsidR="00033C28" w:rsidRPr="00144A7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571791D4" w14:textId="77777777" w:rsidTr="00144A71">
        <w:trPr>
          <w:jc w:val="center"/>
        </w:trPr>
        <w:tc>
          <w:tcPr>
            <w:tcW w:w="709" w:type="dxa"/>
            <w:vAlign w:val="center"/>
          </w:tcPr>
          <w:p w14:paraId="31ED2C0A" w14:textId="05A0F4D1" w:rsidR="00033C28" w:rsidRPr="00144A71" w:rsidRDefault="00144A71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t>2</w:t>
            </w:r>
          </w:p>
        </w:tc>
        <w:tc>
          <w:tcPr>
            <w:tcW w:w="6203" w:type="dxa"/>
            <w:vAlign w:val="center"/>
          </w:tcPr>
          <w:p w14:paraId="72BF38C6" w14:textId="7FD710AF" w:rsidR="00033C28" w:rsidRPr="00144A7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456" w:type="dxa"/>
            <w:vAlign w:val="center"/>
          </w:tcPr>
          <w:p w14:paraId="2CF1E62A" w14:textId="5CBDFE71" w:rsidR="00033C28" w:rsidRPr="00144A7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0C670D47" w14:textId="77777777" w:rsidTr="00144A71">
        <w:trPr>
          <w:jc w:val="center"/>
        </w:trPr>
        <w:tc>
          <w:tcPr>
            <w:tcW w:w="709" w:type="dxa"/>
            <w:vAlign w:val="center"/>
          </w:tcPr>
          <w:p w14:paraId="3E42512D" w14:textId="0ADC9F5D" w:rsidR="00033C28" w:rsidRPr="00144A71" w:rsidRDefault="00144A71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t>3</w:t>
            </w:r>
          </w:p>
        </w:tc>
        <w:tc>
          <w:tcPr>
            <w:tcW w:w="6203" w:type="dxa"/>
            <w:vAlign w:val="center"/>
          </w:tcPr>
          <w:p w14:paraId="1130F90D" w14:textId="62637F6A" w:rsidR="00033C28" w:rsidRPr="00144A7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456" w:type="dxa"/>
            <w:vAlign w:val="center"/>
          </w:tcPr>
          <w:p w14:paraId="1ECF2910" w14:textId="78A80F65" w:rsidR="00033C28" w:rsidRPr="00144A7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79B8ECB8" w14:textId="77777777" w:rsidR="00144A71" w:rsidRDefault="00144A71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687514B0" w14:textId="4A960E8C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  <w:t>2. Descripción general del proyecto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6399"/>
      </w:tblGrid>
      <w:tr w:rsidR="00033C28" w:rsidRPr="00144A71" w14:paraId="3CA1F0E9" w14:textId="77777777" w:rsidTr="00144A71">
        <w:trPr>
          <w:jc w:val="center"/>
        </w:trPr>
        <w:tc>
          <w:tcPr>
            <w:tcW w:w="3969" w:type="dxa"/>
            <w:shd w:val="clear" w:color="auto" w:fill="DCE6F1"/>
            <w:vAlign w:val="center"/>
          </w:tcPr>
          <w:p w14:paraId="6EA7911B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Propósito del sistema</w:t>
            </w:r>
          </w:p>
        </w:tc>
        <w:tc>
          <w:tcPr>
            <w:tcW w:w="6399" w:type="dxa"/>
            <w:vAlign w:val="center"/>
          </w:tcPr>
          <w:p w14:paraId="2D76AB9A" w14:textId="6D2B147F" w:rsidR="00033C28" w:rsidRPr="00144A7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4A1AF819" w14:textId="77777777" w:rsidTr="00144A71">
        <w:trPr>
          <w:jc w:val="center"/>
        </w:trPr>
        <w:tc>
          <w:tcPr>
            <w:tcW w:w="3969" w:type="dxa"/>
            <w:shd w:val="clear" w:color="auto" w:fill="DCE6F1"/>
            <w:vAlign w:val="center"/>
          </w:tcPr>
          <w:p w14:paraId="2BA3FCCD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Problema o necesidad que aborda</w:t>
            </w:r>
          </w:p>
        </w:tc>
        <w:tc>
          <w:tcPr>
            <w:tcW w:w="6399" w:type="dxa"/>
            <w:vAlign w:val="center"/>
          </w:tcPr>
          <w:p w14:paraId="4D261C5D" w14:textId="28BE44EC" w:rsidR="00033C28" w:rsidRPr="00144A7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384F5E6B" w14:textId="77777777" w:rsidTr="00144A71">
        <w:trPr>
          <w:jc w:val="center"/>
        </w:trPr>
        <w:tc>
          <w:tcPr>
            <w:tcW w:w="3969" w:type="dxa"/>
            <w:shd w:val="clear" w:color="auto" w:fill="DCE6F1"/>
            <w:vAlign w:val="center"/>
          </w:tcPr>
          <w:p w14:paraId="07ACA888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Usuarios o actores principales</w:t>
            </w:r>
          </w:p>
        </w:tc>
        <w:tc>
          <w:tcPr>
            <w:tcW w:w="6399" w:type="dxa"/>
            <w:vAlign w:val="center"/>
          </w:tcPr>
          <w:p w14:paraId="05CA2DE5" w14:textId="2666E415" w:rsidR="00033C28" w:rsidRPr="00144A7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1686F2E4" w14:textId="77777777" w:rsidR="00144A71" w:rsidRDefault="00144A71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57E5F980" w14:textId="49A9EA1B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  <w:t>3. Funcionalidades seleccionadas</w:t>
      </w:r>
    </w:p>
    <w:p w14:paraId="2CA17A0B" w14:textId="5AF20529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sz w:val="24"/>
          <w:szCs w:val="24"/>
          <w:lang w:val="es-CO"/>
        </w:rPr>
        <w:t xml:space="preserve">Registre las tres funcionalidades que serán trabajadas </w:t>
      </w:r>
      <w:r w:rsidR="00144A71">
        <w:rPr>
          <w:rFonts w:asciiTheme="majorHAnsi" w:hAnsiTheme="majorHAnsi" w:cstheme="majorHAnsi"/>
          <w:sz w:val="24"/>
          <w:szCs w:val="24"/>
          <w:lang w:val="es-CO"/>
        </w:rPr>
        <w:t>durante el proyecto</w:t>
      </w:r>
      <w:r w:rsidRPr="00144A71">
        <w:rPr>
          <w:rFonts w:asciiTheme="majorHAnsi" w:hAnsiTheme="majorHAnsi" w:cstheme="majorHAnsi"/>
          <w:sz w:val="24"/>
          <w:szCs w:val="24"/>
          <w:lang w:val="es-CO"/>
        </w:rPr>
        <w:t>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3402"/>
        <w:gridCol w:w="3807"/>
        <w:gridCol w:w="2592"/>
      </w:tblGrid>
      <w:tr w:rsidR="00033C28" w:rsidRPr="00144A71" w14:paraId="1D7762AB" w14:textId="77777777" w:rsidTr="0044046F">
        <w:trPr>
          <w:jc w:val="center"/>
        </w:trPr>
        <w:tc>
          <w:tcPr>
            <w:tcW w:w="567" w:type="dxa"/>
            <w:shd w:val="clear" w:color="auto" w:fill="17365D"/>
            <w:vAlign w:val="center"/>
          </w:tcPr>
          <w:p w14:paraId="49D3C9F8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N.º</w:t>
            </w:r>
          </w:p>
        </w:tc>
        <w:tc>
          <w:tcPr>
            <w:tcW w:w="3402" w:type="dxa"/>
            <w:shd w:val="clear" w:color="auto" w:fill="17365D"/>
            <w:vAlign w:val="center"/>
          </w:tcPr>
          <w:p w14:paraId="5CF7FDFE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Nombre de la funcionalidad</w:t>
            </w:r>
          </w:p>
        </w:tc>
        <w:tc>
          <w:tcPr>
            <w:tcW w:w="3807" w:type="dxa"/>
            <w:shd w:val="clear" w:color="auto" w:fill="17365D"/>
            <w:vAlign w:val="center"/>
          </w:tcPr>
          <w:p w14:paraId="30D7DD61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Descripción breve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64549F7D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Actor/usuario principal</w:t>
            </w:r>
          </w:p>
        </w:tc>
      </w:tr>
      <w:tr w:rsidR="00033C28" w:rsidRPr="00144A71" w14:paraId="54ADFC40" w14:textId="77777777" w:rsidTr="0044046F">
        <w:trPr>
          <w:jc w:val="center"/>
        </w:trPr>
        <w:tc>
          <w:tcPr>
            <w:tcW w:w="567" w:type="dxa"/>
            <w:vAlign w:val="center"/>
          </w:tcPr>
          <w:p w14:paraId="0810EEF3" w14:textId="03A45AAC" w:rsidR="00033C28" w:rsidRPr="00144A71" w:rsidRDefault="00144A71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s-CO"/>
              </w:rPr>
              <w:t>1</w:t>
            </w:r>
          </w:p>
        </w:tc>
        <w:tc>
          <w:tcPr>
            <w:tcW w:w="3402" w:type="dxa"/>
            <w:vAlign w:val="center"/>
          </w:tcPr>
          <w:p w14:paraId="0CAB95EE" w14:textId="289BDD74" w:rsidR="00033C28" w:rsidRPr="00144A7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807" w:type="dxa"/>
            <w:vAlign w:val="center"/>
          </w:tcPr>
          <w:p w14:paraId="2DA38109" w14:textId="502EA5CF" w:rsidR="00033C28" w:rsidRPr="00144A7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749A0B3C" w14:textId="42945932" w:rsidR="00033C28" w:rsidRPr="00144A7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30DD684F" w14:textId="77777777" w:rsidTr="0044046F">
        <w:trPr>
          <w:jc w:val="center"/>
        </w:trPr>
        <w:tc>
          <w:tcPr>
            <w:tcW w:w="567" w:type="dxa"/>
            <w:vAlign w:val="center"/>
          </w:tcPr>
          <w:p w14:paraId="31B2FC0B" w14:textId="53373D45" w:rsidR="00033C28" w:rsidRPr="00144A71" w:rsidRDefault="00144A71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s-CO"/>
              </w:rPr>
              <w:t>2</w:t>
            </w:r>
          </w:p>
        </w:tc>
        <w:tc>
          <w:tcPr>
            <w:tcW w:w="3402" w:type="dxa"/>
            <w:vAlign w:val="center"/>
          </w:tcPr>
          <w:p w14:paraId="3A7BEED7" w14:textId="10F3C3EA" w:rsidR="00033C28" w:rsidRPr="00144A7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807" w:type="dxa"/>
            <w:vAlign w:val="center"/>
          </w:tcPr>
          <w:p w14:paraId="3F867477" w14:textId="1A5A3018" w:rsidR="00033C28" w:rsidRPr="00144A7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242EC236" w14:textId="45745127" w:rsidR="00033C28" w:rsidRPr="00144A7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13016241" w14:textId="77777777" w:rsidTr="0044046F">
        <w:trPr>
          <w:jc w:val="center"/>
        </w:trPr>
        <w:tc>
          <w:tcPr>
            <w:tcW w:w="567" w:type="dxa"/>
            <w:vAlign w:val="center"/>
          </w:tcPr>
          <w:p w14:paraId="38F77E9C" w14:textId="0936502B" w:rsidR="00033C28" w:rsidRPr="00144A71" w:rsidRDefault="00144A71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s-CO"/>
              </w:rPr>
              <w:t>3</w:t>
            </w:r>
          </w:p>
        </w:tc>
        <w:tc>
          <w:tcPr>
            <w:tcW w:w="3402" w:type="dxa"/>
            <w:vAlign w:val="center"/>
          </w:tcPr>
          <w:p w14:paraId="09C0ED55" w14:textId="01FFB887" w:rsidR="00033C28" w:rsidRPr="00144A7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807" w:type="dxa"/>
            <w:vAlign w:val="center"/>
          </w:tcPr>
          <w:p w14:paraId="495D945E" w14:textId="5EE13D76" w:rsidR="00033C28" w:rsidRPr="00144A7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2611C6B9" w14:textId="58C6D4DE" w:rsidR="00033C28" w:rsidRPr="00144A7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06BAAD3B" w14:textId="77777777" w:rsidR="00144A71" w:rsidRDefault="00144A71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301A0908" w14:textId="77777777" w:rsidR="0044046F" w:rsidRDefault="0044046F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39BA3734" w14:textId="77777777" w:rsidR="0044046F" w:rsidRDefault="0044046F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5A8586F2" w14:textId="77777777" w:rsidR="0044046F" w:rsidRDefault="0044046F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6ADF1112" w14:textId="77777777" w:rsidR="0044046F" w:rsidRDefault="0044046F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0A22E2FC" w14:textId="77777777" w:rsidR="0044046F" w:rsidRDefault="0044046F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4D1112F3" w14:textId="77777777" w:rsidR="0044046F" w:rsidRDefault="0044046F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55057A7C" w14:textId="77777777" w:rsidR="0044046F" w:rsidRDefault="0044046F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755A72F5" w14:textId="77777777" w:rsidR="0044046F" w:rsidRDefault="0044046F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54288F43" w14:textId="77777777" w:rsidR="0044046F" w:rsidRDefault="0044046F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0DC4BB9A" w14:textId="77777777" w:rsidR="0044046F" w:rsidRDefault="0044046F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5BE69F7B" w14:textId="77777777" w:rsidR="0044046F" w:rsidRDefault="0044046F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25FA4CFC" w14:textId="77777777" w:rsidR="0044046F" w:rsidRDefault="0044046F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4B8EA941" w14:textId="77777777" w:rsidR="0044046F" w:rsidRDefault="0044046F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3723102F" w14:textId="0E681F8A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  <w:lastRenderedPageBreak/>
        <w:t>4.1 Análisis y especificación — Funcionalidad 1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368"/>
      </w:tblGrid>
      <w:tr w:rsidR="00033C28" w:rsidRPr="00144A71" w14:paraId="03655D80" w14:textId="77777777">
        <w:tc>
          <w:tcPr>
            <w:tcW w:w="10368" w:type="dxa"/>
            <w:shd w:val="clear" w:color="auto" w:fill="EEF4FB"/>
            <w:vAlign w:val="center"/>
          </w:tcPr>
          <w:p w14:paraId="5730BA3B" w14:textId="77777777" w:rsidR="00033C28" w:rsidRPr="002120D1" w:rsidRDefault="000F084F" w:rsidP="00144A71">
            <w:pPr>
              <w:rPr>
                <w:rFonts w:asciiTheme="majorHAnsi" w:hAnsiTheme="majorHAnsi" w:cstheme="majorHAnsi"/>
                <w:sz w:val="20"/>
                <w:szCs w:val="20"/>
                <w:lang w:val="es-CO"/>
              </w:rPr>
            </w:pPr>
            <w:r w:rsidRPr="002120D1">
              <w:rPr>
                <w:rFonts w:asciiTheme="majorHAnsi" w:hAnsiTheme="majorHAnsi" w:cstheme="majorHAnsi"/>
                <w:color w:val="333333"/>
                <w:sz w:val="20"/>
                <w:szCs w:val="20"/>
                <w:lang w:val="es-CO"/>
              </w:rPr>
              <w:t>Complete todas las tablas para esta funcionalidad y conserve la coherencia entre condiciones, calidad y formalización.</w:t>
            </w:r>
          </w:p>
        </w:tc>
      </w:tr>
    </w:tbl>
    <w:p w14:paraId="248F602D" w14:textId="77777777" w:rsidR="002120D1" w:rsidRDefault="002120D1" w:rsidP="00144A71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62C0B8D6" w14:textId="4B33FD75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A. Descripción de la funcionalidad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033C28" w:rsidRPr="00144A71" w14:paraId="4FB7D7FE" w14:textId="77777777">
        <w:trPr>
          <w:jc w:val="center"/>
        </w:trPr>
        <w:tc>
          <w:tcPr>
            <w:tcW w:w="5184" w:type="dxa"/>
            <w:shd w:val="clear" w:color="auto" w:fill="DCE6F1"/>
            <w:vAlign w:val="center"/>
          </w:tcPr>
          <w:p w14:paraId="167FD292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Nombre</w:t>
            </w:r>
          </w:p>
        </w:tc>
        <w:tc>
          <w:tcPr>
            <w:tcW w:w="5184" w:type="dxa"/>
            <w:vAlign w:val="center"/>
          </w:tcPr>
          <w:p w14:paraId="40BDE2F0" w14:textId="4E3D8CB0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596FB73C" w14:textId="77777777">
        <w:trPr>
          <w:jc w:val="center"/>
        </w:trPr>
        <w:tc>
          <w:tcPr>
            <w:tcW w:w="5184" w:type="dxa"/>
            <w:shd w:val="clear" w:color="auto" w:fill="DCE6F1"/>
            <w:vAlign w:val="center"/>
          </w:tcPr>
          <w:p w14:paraId="5AE61E10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Propósito</w:t>
            </w:r>
          </w:p>
        </w:tc>
        <w:tc>
          <w:tcPr>
            <w:tcW w:w="5184" w:type="dxa"/>
            <w:vAlign w:val="center"/>
          </w:tcPr>
          <w:p w14:paraId="491C3024" w14:textId="2A4B1A20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73CB04B2" w14:textId="77777777">
        <w:trPr>
          <w:jc w:val="center"/>
        </w:trPr>
        <w:tc>
          <w:tcPr>
            <w:tcW w:w="5184" w:type="dxa"/>
            <w:shd w:val="clear" w:color="auto" w:fill="DCE6F1"/>
            <w:vAlign w:val="center"/>
          </w:tcPr>
          <w:p w14:paraId="2DD550B0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Actor / usuario</w:t>
            </w:r>
          </w:p>
        </w:tc>
        <w:tc>
          <w:tcPr>
            <w:tcW w:w="5184" w:type="dxa"/>
            <w:vAlign w:val="center"/>
          </w:tcPr>
          <w:p w14:paraId="6B854C3F" w14:textId="1E35FD77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1639A81B" w14:textId="77777777">
        <w:trPr>
          <w:jc w:val="center"/>
        </w:trPr>
        <w:tc>
          <w:tcPr>
            <w:tcW w:w="5184" w:type="dxa"/>
            <w:shd w:val="clear" w:color="auto" w:fill="DCE6F1"/>
            <w:vAlign w:val="center"/>
          </w:tcPr>
          <w:p w14:paraId="4E800B96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Entradas principales</w:t>
            </w:r>
          </w:p>
        </w:tc>
        <w:tc>
          <w:tcPr>
            <w:tcW w:w="5184" w:type="dxa"/>
            <w:vAlign w:val="center"/>
          </w:tcPr>
          <w:p w14:paraId="21495B20" w14:textId="18498EC8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0C300879" w14:textId="77777777">
        <w:trPr>
          <w:jc w:val="center"/>
        </w:trPr>
        <w:tc>
          <w:tcPr>
            <w:tcW w:w="5184" w:type="dxa"/>
            <w:shd w:val="clear" w:color="auto" w:fill="DCE6F1"/>
            <w:vAlign w:val="center"/>
          </w:tcPr>
          <w:p w14:paraId="3CF2C03E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Resultado esperado</w:t>
            </w:r>
          </w:p>
        </w:tc>
        <w:tc>
          <w:tcPr>
            <w:tcW w:w="5184" w:type="dxa"/>
            <w:vAlign w:val="center"/>
          </w:tcPr>
          <w:p w14:paraId="47C5D959" w14:textId="58F74C3F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0415AA93" w14:textId="417C49F8" w:rsidR="002120D1" w:rsidRDefault="002120D1" w:rsidP="00144A71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29C1B4F8" w14:textId="2B695CB1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B. Correctitud, errores y casos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2268"/>
        <w:gridCol w:w="3119"/>
        <w:gridCol w:w="3138"/>
      </w:tblGrid>
      <w:tr w:rsidR="00033C28" w:rsidRPr="00144A71" w14:paraId="64C23FDB" w14:textId="77777777" w:rsidTr="002120D1">
        <w:trPr>
          <w:jc w:val="center"/>
        </w:trPr>
        <w:tc>
          <w:tcPr>
            <w:tcW w:w="4111" w:type="dxa"/>
            <w:gridSpan w:val="2"/>
            <w:shd w:val="clear" w:color="auto" w:fill="DCE6F1"/>
            <w:vAlign w:val="center"/>
          </w:tcPr>
          <w:p w14:paraId="07484B9D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¿Qué debe hacer correctamente?</w:t>
            </w:r>
          </w:p>
        </w:tc>
        <w:tc>
          <w:tcPr>
            <w:tcW w:w="6257" w:type="dxa"/>
            <w:gridSpan w:val="2"/>
            <w:vAlign w:val="center"/>
          </w:tcPr>
          <w:p w14:paraId="7B897E61" w14:textId="60321C29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22715086" w14:textId="77777777" w:rsidTr="002120D1">
        <w:trPr>
          <w:jc w:val="center"/>
        </w:trPr>
        <w:tc>
          <w:tcPr>
            <w:tcW w:w="4111" w:type="dxa"/>
            <w:gridSpan w:val="2"/>
            <w:shd w:val="clear" w:color="auto" w:fill="DCE6F1"/>
            <w:vAlign w:val="center"/>
          </w:tcPr>
          <w:p w14:paraId="0B188EB3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Posible error</w:t>
            </w:r>
          </w:p>
        </w:tc>
        <w:tc>
          <w:tcPr>
            <w:tcW w:w="6257" w:type="dxa"/>
            <w:gridSpan w:val="2"/>
            <w:vAlign w:val="center"/>
          </w:tcPr>
          <w:p w14:paraId="48273036" w14:textId="7D6F4CD3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7C97BD22" w14:textId="77777777" w:rsidTr="002120D1">
        <w:trPr>
          <w:jc w:val="center"/>
        </w:trPr>
        <w:tc>
          <w:tcPr>
            <w:tcW w:w="4111" w:type="dxa"/>
            <w:gridSpan w:val="2"/>
            <w:shd w:val="clear" w:color="auto" w:fill="DCE6F1"/>
            <w:vAlign w:val="center"/>
          </w:tcPr>
          <w:p w14:paraId="702AF467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Posible defecto</w:t>
            </w:r>
          </w:p>
        </w:tc>
        <w:tc>
          <w:tcPr>
            <w:tcW w:w="6257" w:type="dxa"/>
            <w:gridSpan w:val="2"/>
            <w:vAlign w:val="center"/>
          </w:tcPr>
          <w:p w14:paraId="3AEEF773" w14:textId="31E32520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60DE09B5" w14:textId="77777777" w:rsidTr="002120D1">
        <w:trPr>
          <w:jc w:val="center"/>
        </w:trPr>
        <w:tc>
          <w:tcPr>
            <w:tcW w:w="4111" w:type="dxa"/>
            <w:gridSpan w:val="2"/>
            <w:shd w:val="clear" w:color="auto" w:fill="DCE6F1"/>
            <w:vAlign w:val="center"/>
          </w:tcPr>
          <w:p w14:paraId="643FB0B1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Posible fallo</w:t>
            </w:r>
          </w:p>
        </w:tc>
        <w:tc>
          <w:tcPr>
            <w:tcW w:w="6257" w:type="dxa"/>
            <w:gridSpan w:val="2"/>
            <w:vAlign w:val="center"/>
          </w:tcPr>
          <w:p w14:paraId="7A6A7381" w14:textId="72141ACF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4F8A1367" w14:textId="77777777" w:rsidTr="002120D1">
        <w:trPr>
          <w:jc w:val="center"/>
        </w:trPr>
        <w:tc>
          <w:tcPr>
            <w:tcW w:w="1843" w:type="dxa"/>
            <w:shd w:val="clear" w:color="auto" w:fill="17365D"/>
            <w:vAlign w:val="center"/>
          </w:tcPr>
          <w:p w14:paraId="412749AF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Tipo de caso</w:t>
            </w:r>
          </w:p>
        </w:tc>
        <w:tc>
          <w:tcPr>
            <w:tcW w:w="2268" w:type="dxa"/>
            <w:shd w:val="clear" w:color="auto" w:fill="17365D"/>
            <w:vAlign w:val="center"/>
          </w:tcPr>
          <w:p w14:paraId="1B428BC1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Situación / entrada</w:t>
            </w:r>
          </w:p>
        </w:tc>
        <w:tc>
          <w:tcPr>
            <w:tcW w:w="3119" w:type="dxa"/>
            <w:shd w:val="clear" w:color="auto" w:fill="17365D"/>
            <w:vAlign w:val="center"/>
          </w:tcPr>
          <w:p w14:paraId="62F82209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Resultado esperado</w:t>
            </w:r>
          </w:p>
        </w:tc>
        <w:tc>
          <w:tcPr>
            <w:tcW w:w="3138" w:type="dxa"/>
            <w:shd w:val="clear" w:color="auto" w:fill="17365D"/>
            <w:vAlign w:val="center"/>
          </w:tcPr>
          <w:p w14:paraId="643E9294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¿Qué permite comprobar?</w:t>
            </w:r>
          </w:p>
        </w:tc>
      </w:tr>
      <w:tr w:rsidR="00033C28" w:rsidRPr="00144A71" w14:paraId="6F52C525" w14:textId="77777777" w:rsidTr="002120D1">
        <w:trPr>
          <w:jc w:val="center"/>
        </w:trPr>
        <w:tc>
          <w:tcPr>
            <w:tcW w:w="1843" w:type="dxa"/>
            <w:vAlign w:val="center"/>
          </w:tcPr>
          <w:p w14:paraId="7F1735E0" w14:textId="75328416" w:rsidR="00033C28" w:rsidRPr="00144A71" w:rsidRDefault="002120D1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s-CO"/>
              </w:rPr>
              <w:t>Normal</w:t>
            </w:r>
          </w:p>
        </w:tc>
        <w:tc>
          <w:tcPr>
            <w:tcW w:w="2268" w:type="dxa"/>
            <w:vAlign w:val="center"/>
          </w:tcPr>
          <w:p w14:paraId="387ABBF3" w14:textId="1D814DC0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9" w:type="dxa"/>
            <w:vAlign w:val="center"/>
          </w:tcPr>
          <w:p w14:paraId="57893091" w14:textId="0A955241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38" w:type="dxa"/>
            <w:vAlign w:val="center"/>
          </w:tcPr>
          <w:p w14:paraId="45191BF8" w14:textId="197DCFB0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4A7B49E3" w14:textId="77777777" w:rsidTr="002120D1">
        <w:trPr>
          <w:jc w:val="center"/>
        </w:trPr>
        <w:tc>
          <w:tcPr>
            <w:tcW w:w="1843" w:type="dxa"/>
            <w:vAlign w:val="center"/>
          </w:tcPr>
          <w:p w14:paraId="5562044B" w14:textId="453D8E22" w:rsidR="00033C28" w:rsidRPr="00144A71" w:rsidRDefault="002120D1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s-CO"/>
              </w:rPr>
              <w:t>Límite</w:t>
            </w:r>
          </w:p>
        </w:tc>
        <w:tc>
          <w:tcPr>
            <w:tcW w:w="2268" w:type="dxa"/>
            <w:vAlign w:val="center"/>
          </w:tcPr>
          <w:p w14:paraId="2C4B81CC" w14:textId="3E6D485B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9" w:type="dxa"/>
            <w:vAlign w:val="center"/>
          </w:tcPr>
          <w:p w14:paraId="67BF2CB3" w14:textId="5D0C5D89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38" w:type="dxa"/>
            <w:vAlign w:val="center"/>
          </w:tcPr>
          <w:p w14:paraId="2C22B4B5" w14:textId="3491EBB5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1B1B521D" w14:textId="77777777" w:rsidTr="002120D1">
        <w:trPr>
          <w:jc w:val="center"/>
        </w:trPr>
        <w:tc>
          <w:tcPr>
            <w:tcW w:w="1843" w:type="dxa"/>
            <w:vAlign w:val="center"/>
          </w:tcPr>
          <w:p w14:paraId="76CE63E6" w14:textId="1C28CD4F" w:rsidR="00033C28" w:rsidRPr="00144A71" w:rsidRDefault="002120D1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s-CO"/>
              </w:rPr>
              <w:t>Inválido</w:t>
            </w:r>
          </w:p>
        </w:tc>
        <w:tc>
          <w:tcPr>
            <w:tcW w:w="2268" w:type="dxa"/>
            <w:vAlign w:val="center"/>
          </w:tcPr>
          <w:p w14:paraId="66DB77F9" w14:textId="0C86E504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9" w:type="dxa"/>
            <w:vAlign w:val="center"/>
          </w:tcPr>
          <w:p w14:paraId="0C966A65" w14:textId="63855125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38" w:type="dxa"/>
            <w:vAlign w:val="center"/>
          </w:tcPr>
          <w:p w14:paraId="017C5D7E" w14:textId="4B9663F3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4DED08F7" w14:textId="77777777" w:rsidR="002120D1" w:rsidRDefault="002120D1" w:rsidP="00144A71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1C17D657" w14:textId="08555D68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C. Calidad y construcción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828"/>
        <w:gridCol w:w="6540"/>
      </w:tblGrid>
      <w:tr w:rsidR="00033C28" w:rsidRPr="00144A71" w14:paraId="4B676ECC" w14:textId="77777777" w:rsidTr="002120D1">
        <w:trPr>
          <w:jc w:val="center"/>
        </w:trPr>
        <w:tc>
          <w:tcPr>
            <w:tcW w:w="3828" w:type="dxa"/>
            <w:shd w:val="clear" w:color="auto" w:fill="DCE6F1"/>
            <w:vAlign w:val="center"/>
          </w:tcPr>
          <w:p w14:paraId="59868E27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Característica de calidad relevante</w:t>
            </w:r>
          </w:p>
        </w:tc>
        <w:tc>
          <w:tcPr>
            <w:tcW w:w="6540" w:type="dxa"/>
            <w:vAlign w:val="center"/>
          </w:tcPr>
          <w:p w14:paraId="1A084C65" w14:textId="71A24112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296AF551" w14:textId="77777777" w:rsidTr="002120D1">
        <w:trPr>
          <w:jc w:val="center"/>
        </w:trPr>
        <w:tc>
          <w:tcPr>
            <w:tcW w:w="3828" w:type="dxa"/>
            <w:shd w:val="clear" w:color="auto" w:fill="DCE6F1"/>
            <w:vAlign w:val="center"/>
          </w:tcPr>
          <w:p w14:paraId="5A12531D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¿Por qué es importante?</w:t>
            </w:r>
          </w:p>
        </w:tc>
        <w:tc>
          <w:tcPr>
            <w:tcW w:w="6540" w:type="dxa"/>
            <w:vAlign w:val="center"/>
          </w:tcPr>
          <w:p w14:paraId="0C0B528F" w14:textId="78A7488C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0761577F" w14:textId="77777777" w:rsidTr="002120D1">
        <w:trPr>
          <w:jc w:val="center"/>
        </w:trPr>
        <w:tc>
          <w:tcPr>
            <w:tcW w:w="3828" w:type="dxa"/>
            <w:shd w:val="clear" w:color="auto" w:fill="DCE6F1"/>
            <w:vAlign w:val="center"/>
          </w:tcPr>
          <w:p w14:paraId="0751F534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Confiabilidad</w:t>
            </w:r>
          </w:p>
        </w:tc>
        <w:tc>
          <w:tcPr>
            <w:tcW w:w="6540" w:type="dxa"/>
            <w:vAlign w:val="center"/>
          </w:tcPr>
          <w:p w14:paraId="6E387805" w14:textId="44970A2F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38E0AA47" w14:textId="77777777" w:rsidTr="002120D1">
        <w:trPr>
          <w:jc w:val="center"/>
        </w:trPr>
        <w:tc>
          <w:tcPr>
            <w:tcW w:w="3828" w:type="dxa"/>
            <w:shd w:val="clear" w:color="auto" w:fill="DCE6F1"/>
            <w:vAlign w:val="center"/>
          </w:tcPr>
          <w:p w14:paraId="3C666A65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Robustez</w:t>
            </w:r>
          </w:p>
        </w:tc>
        <w:tc>
          <w:tcPr>
            <w:tcW w:w="6540" w:type="dxa"/>
            <w:vAlign w:val="center"/>
          </w:tcPr>
          <w:p w14:paraId="400C7491" w14:textId="716E997E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54E06FA7" w14:textId="77777777" w:rsidTr="002120D1">
        <w:trPr>
          <w:jc w:val="center"/>
        </w:trPr>
        <w:tc>
          <w:tcPr>
            <w:tcW w:w="3828" w:type="dxa"/>
            <w:shd w:val="clear" w:color="auto" w:fill="DCE6F1"/>
            <w:vAlign w:val="center"/>
          </w:tcPr>
          <w:p w14:paraId="1DF14A33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Mantenibilidad</w:t>
            </w:r>
          </w:p>
        </w:tc>
        <w:tc>
          <w:tcPr>
            <w:tcW w:w="6540" w:type="dxa"/>
            <w:vAlign w:val="center"/>
          </w:tcPr>
          <w:p w14:paraId="4CB8494A" w14:textId="3B03709C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6A29A351" w14:textId="77777777" w:rsidR="002120D1" w:rsidRDefault="002120D1" w:rsidP="00144A71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4128365B" w14:textId="6355B5BB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D. Condiciones y propiedades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3544"/>
        <w:gridCol w:w="3260"/>
        <w:gridCol w:w="2855"/>
      </w:tblGrid>
      <w:tr w:rsidR="00033C28" w:rsidRPr="00144A71" w14:paraId="78F121CD" w14:textId="77777777" w:rsidTr="00707F73">
        <w:trPr>
          <w:jc w:val="center"/>
        </w:trPr>
        <w:tc>
          <w:tcPr>
            <w:tcW w:w="709" w:type="dxa"/>
            <w:shd w:val="clear" w:color="auto" w:fill="17365D"/>
            <w:vAlign w:val="center"/>
          </w:tcPr>
          <w:p w14:paraId="3EBA0EFC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N.º</w:t>
            </w:r>
          </w:p>
        </w:tc>
        <w:tc>
          <w:tcPr>
            <w:tcW w:w="3544" w:type="dxa"/>
            <w:shd w:val="clear" w:color="auto" w:fill="17365D"/>
            <w:vAlign w:val="center"/>
          </w:tcPr>
          <w:p w14:paraId="02DDAFCB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Condición o propiedad</w:t>
            </w:r>
          </w:p>
        </w:tc>
        <w:tc>
          <w:tcPr>
            <w:tcW w:w="3260" w:type="dxa"/>
            <w:shd w:val="clear" w:color="auto" w:fill="17365D"/>
            <w:vAlign w:val="center"/>
          </w:tcPr>
          <w:p w14:paraId="0DADB4D9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¿Por qué es necesaria?</w:t>
            </w:r>
          </w:p>
        </w:tc>
        <w:tc>
          <w:tcPr>
            <w:tcW w:w="2855" w:type="dxa"/>
            <w:shd w:val="clear" w:color="auto" w:fill="17365D"/>
            <w:vAlign w:val="center"/>
          </w:tcPr>
          <w:p w14:paraId="5BFFA1DA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Resultado esperado</w:t>
            </w:r>
          </w:p>
        </w:tc>
      </w:tr>
      <w:tr w:rsidR="00033C28" w:rsidRPr="00144A71" w14:paraId="6D0EE412" w14:textId="77777777" w:rsidTr="00707F73">
        <w:trPr>
          <w:jc w:val="center"/>
        </w:trPr>
        <w:tc>
          <w:tcPr>
            <w:tcW w:w="709" w:type="dxa"/>
            <w:vAlign w:val="center"/>
          </w:tcPr>
          <w:p w14:paraId="55AAAE1B" w14:textId="1CD1CA3A" w:rsidR="00033C28" w:rsidRPr="002120D1" w:rsidRDefault="00707F73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1</w:t>
            </w:r>
          </w:p>
        </w:tc>
        <w:tc>
          <w:tcPr>
            <w:tcW w:w="3544" w:type="dxa"/>
            <w:vAlign w:val="center"/>
          </w:tcPr>
          <w:p w14:paraId="0FE62CBC" w14:textId="29ECB65D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260" w:type="dxa"/>
            <w:vAlign w:val="center"/>
          </w:tcPr>
          <w:p w14:paraId="0C4EE37E" w14:textId="634A069E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855" w:type="dxa"/>
            <w:vAlign w:val="center"/>
          </w:tcPr>
          <w:p w14:paraId="497A1F48" w14:textId="5A6B5934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701E7BC4" w14:textId="77777777" w:rsidTr="00707F73">
        <w:trPr>
          <w:jc w:val="center"/>
        </w:trPr>
        <w:tc>
          <w:tcPr>
            <w:tcW w:w="709" w:type="dxa"/>
            <w:vAlign w:val="center"/>
          </w:tcPr>
          <w:p w14:paraId="6F507B5A" w14:textId="3747D0AA" w:rsidR="00033C28" w:rsidRPr="002120D1" w:rsidRDefault="00707F73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2</w:t>
            </w:r>
          </w:p>
        </w:tc>
        <w:tc>
          <w:tcPr>
            <w:tcW w:w="3544" w:type="dxa"/>
            <w:vAlign w:val="center"/>
          </w:tcPr>
          <w:p w14:paraId="7D990C6D" w14:textId="790C6F08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260" w:type="dxa"/>
            <w:vAlign w:val="center"/>
          </w:tcPr>
          <w:p w14:paraId="737E9E9E" w14:textId="042420D6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855" w:type="dxa"/>
            <w:vAlign w:val="center"/>
          </w:tcPr>
          <w:p w14:paraId="5B97F853" w14:textId="62201720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6219BD5F" w14:textId="77777777" w:rsidTr="00707F73">
        <w:trPr>
          <w:jc w:val="center"/>
        </w:trPr>
        <w:tc>
          <w:tcPr>
            <w:tcW w:w="709" w:type="dxa"/>
            <w:vAlign w:val="center"/>
          </w:tcPr>
          <w:p w14:paraId="5C7EF275" w14:textId="591CC912" w:rsidR="00033C28" w:rsidRPr="002120D1" w:rsidRDefault="00707F73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3</w:t>
            </w:r>
          </w:p>
        </w:tc>
        <w:tc>
          <w:tcPr>
            <w:tcW w:w="3544" w:type="dxa"/>
            <w:vAlign w:val="center"/>
          </w:tcPr>
          <w:p w14:paraId="0D284DD8" w14:textId="45C3F884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260" w:type="dxa"/>
            <w:vAlign w:val="center"/>
          </w:tcPr>
          <w:p w14:paraId="5E3F1B0D" w14:textId="1FB6E034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855" w:type="dxa"/>
            <w:vAlign w:val="center"/>
          </w:tcPr>
          <w:p w14:paraId="35FDBBC8" w14:textId="121A8D99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4EA6FBB9" w14:textId="77777777" w:rsidTr="00707F73">
        <w:trPr>
          <w:jc w:val="center"/>
        </w:trPr>
        <w:tc>
          <w:tcPr>
            <w:tcW w:w="709" w:type="dxa"/>
            <w:vAlign w:val="center"/>
          </w:tcPr>
          <w:p w14:paraId="1082DDED" w14:textId="405AA409" w:rsidR="00033C28" w:rsidRPr="002120D1" w:rsidRDefault="00707F73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4</w:t>
            </w:r>
          </w:p>
        </w:tc>
        <w:tc>
          <w:tcPr>
            <w:tcW w:w="3544" w:type="dxa"/>
            <w:vAlign w:val="center"/>
          </w:tcPr>
          <w:p w14:paraId="07887C9B" w14:textId="37BA4738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260" w:type="dxa"/>
            <w:vAlign w:val="center"/>
          </w:tcPr>
          <w:p w14:paraId="1A20FFEE" w14:textId="673D5A33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855" w:type="dxa"/>
            <w:vAlign w:val="center"/>
          </w:tcPr>
          <w:p w14:paraId="7F071B15" w14:textId="4BE9E685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2F6CC0BE" w14:textId="77777777" w:rsidTr="00707F73">
        <w:trPr>
          <w:jc w:val="center"/>
        </w:trPr>
        <w:tc>
          <w:tcPr>
            <w:tcW w:w="709" w:type="dxa"/>
            <w:vAlign w:val="center"/>
          </w:tcPr>
          <w:p w14:paraId="7713D53A" w14:textId="7053C7B5" w:rsidR="00033C28" w:rsidRPr="002120D1" w:rsidRDefault="00707F73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5</w:t>
            </w:r>
          </w:p>
        </w:tc>
        <w:tc>
          <w:tcPr>
            <w:tcW w:w="3544" w:type="dxa"/>
            <w:vAlign w:val="center"/>
          </w:tcPr>
          <w:p w14:paraId="4EE7F6EC" w14:textId="792C435E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260" w:type="dxa"/>
            <w:vAlign w:val="center"/>
          </w:tcPr>
          <w:p w14:paraId="33F8A875" w14:textId="15FF2B49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855" w:type="dxa"/>
            <w:vAlign w:val="center"/>
          </w:tcPr>
          <w:p w14:paraId="6563597B" w14:textId="5AC01554" w:rsidR="00033C28" w:rsidRPr="002120D1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2DC198A3" w14:textId="77777777" w:rsidR="0047749F" w:rsidRDefault="0047749F" w:rsidP="00144A71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7A2AF291" w14:textId="5BAD9889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E. Proposiciones y conectores</w:t>
      </w:r>
    </w:p>
    <w:p w14:paraId="5CA891B2" w14:textId="77777777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sz w:val="24"/>
          <w:szCs w:val="24"/>
          <w:lang w:val="es-CO"/>
        </w:rPr>
        <w:t xml:space="preserve">Utilice los conectores estudiados: ¬, </w:t>
      </w:r>
      <w:r w:rsidRPr="00144A71">
        <w:rPr>
          <w:rFonts w:ascii="Cambria Math" w:hAnsi="Cambria Math" w:cs="Cambria Math"/>
          <w:sz w:val="24"/>
          <w:szCs w:val="24"/>
          <w:lang w:val="es-CO"/>
        </w:rPr>
        <w:t>∧</w:t>
      </w:r>
      <w:r w:rsidRPr="00144A71">
        <w:rPr>
          <w:rFonts w:asciiTheme="majorHAnsi" w:hAnsiTheme="majorHAnsi" w:cstheme="majorHAnsi"/>
          <w:sz w:val="24"/>
          <w:szCs w:val="24"/>
          <w:lang w:val="es-CO"/>
        </w:rPr>
        <w:t xml:space="preserve"> y </w:t>
      </w:r>
      <w:r w:rsidRPr="00144A71">
        <w:rPr>
          <w:rFonts w:ascii="Cambria Math" w:hAnsi="Cambria Math" w:cs="Cambria Math"/>
          <w:sz w:val="24"/>
          <w:szCs w:val="24"/>
          <w:lang w:val="es-CO"/>
        </w:rPr>
        <w:t>∨</w:t>
      </w:r>
      <w:r w:rsidRPr="00144A71">
        <w:rPr>
          <w:rFonts w:asciiTheme="majorHAnsi" w:hAnsiTheme="majorHAnsi" w:cstheme="majorHAnsi"/>
          <w:sz w:val="24"/>
          <w:szCs w:val="24"/>
          <w:lang w:val="es-CO"/>
        </w:rPr>
        <w:t>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30"/>
        <w:gridCol w:w="3667"/>
        <w:gridCol w:w="3116"/>
        <w:gridCol w:w="2592"/>
      </w:tblGrid>
      <w:tr w:rsidR="00033C28" w:rsidRPr="00144A71" w14:paraId="50DDC4A0" w14:textId="77777777" w:rsidTr="00707F73">
        <w:trPr>
          <w:jc w:val="center"/>
        </w:trPr>
        <w:tc>
          <w:tcPr>
            <w:tcW w:w="1030" w:type="dxa"/>
            <w:shd w:val="clear" w:color="auto" w:fill="17365D"/>
            <w:vAlign w:val="center"/>
          </w:tcPr>
          <w:p w14:paraId="49EA3E98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Símbolo</w:t>
            </w:r>
          </w:p>
        </w:tc>
        <w:tc>
          <w:tcPr>
            <w:tcW w:w="3667" w:type="dxa"/>
            <w:shd w:val="clear" w:color="auto" w:fill="17365D"/>
            <w:vAlign w:val="center"/>
          </w:tcPr>
          <w:p w14:paraId="3A701A65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Proposición en lenguaje natural</w:t>
            </w:r>
          </w:p>
        </w:tc>
        <w:tc>
          <w:tcPr>
            <w:tcW w:w="3116" w:type="dxa"/>
            <w:shd w:val="clear" w:color="auto" w:fill="17365D"/>
            <w:vAlign w:val="center"/>
          </w:tcPr>
          <w:p w14:paraId="79B171F9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Expresión / combinación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276E6322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Interpretación</w:t>
            </w:r>
          </w:p>
        </w:tc>
      </w:tr>
      <w:tr w:rsidR="00033C28" w:rsidRPr="00144A71" w14:paraId="1F6B491A" w14:textId="77777777" w:rsidTr="00707F73">
        <w:trPr>
          <w:jc w:val="center"/>
        </w:trPr>
        <w:tc>
          <w:tcPr>
            <w:tcW w:w="1030" w:type="dxa"/>
            <w:vAlign w:val="center"/>
          </w:tcPr>
          <w:p w14:paraId="66CD0D95" w14:textId="66F172B4" w:rsidR="00033C28" w:rsidRPr="0047749F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667" w:type="dxa"/>
            <w:vAlign w:val="center"/>
          </w:tcPr>
          <w:p w14:paraId="638EF6B3" w14:textId="32D66BC7" w:rsidR="00033C28" w:rsidRPr="0047749F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6" w:type="dxa"/>
            <w:vAlign w:val="center"/>
          </w:tcPr>
          <w:p w14:paraId="7E9B2E9B" w14:textId="0C47A01F" w:rsidR="00033C28" w:rsidRPr="0047749F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2257DAA2" w14:textId="1955D135" w:rsidR="00033C28" w:rsidRPr="0047749F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24E474BC" w14:textId="77777777" w:rsidTr="00707F73">
        <w:trPr>
          <w:jc w:val="center"/>
        </w:trPr>
        <w:tc>
          <w:tcPr>
            <w:tcW w:w="1030" w:type="dxa"/>
            <w:vAlign w:val="center"/>
          </w:tcPr>
          <w:p w14:paraId="71E03286" w14:textId="0EEF512B" w:rsidR="00033C28" w:rsidRPr="0047749F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667" w:type="dxa"/>
            <w:vAlign w:val="center"/>
          </w:tcPr>
          <w:p w14:paraId="40FF34D8" w14:textId="1F6F612A" w:rsidR="00033C28" w:rsidRPr="0047749F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6" w:type="dxa"/>
            <w:vAlign w:val="center"/>
          </w:tcPr>
          <w:p w14:paraId="199B072E" w14:textId="07E60C37" w:rsidR="00033C28" w:rsidRPr="0047749F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6B6F38D7" w14:textId="57CA532F" w:rsidR="00033C28" w:rsidRPr="0047749F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53CF0FDF" w14:textId="77777777" w:rsidTr="00707F73">
        <w:trPr>
          <w:jc w:val="center"/>
        </w:trPr>
        <w:tc>
          <w:tcPr>
            <w:tcW w:w="1030" w:type="dxa"/>
            <w:vAlign w:val="center"/>
          </w:tcPr>
          <w:p w14:paraId="6B5F2809" w14:textId="6FDD52B6" w:rsidR="00033C28" w:rsidRPr="0047749F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667" w:type="dxa"/>
            <w:vAlign w:val="center"/>
          </w:tcPr>
          <w:p w14:paraId="3C8FD602" w14:textId="42B9E043" w:rsidR="00033C28" w:rsidRPr="0047749F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6" w:type="dxa"/>
            <w:vAlign w:val="center"/>
          </w:tcPr>
          <w:p w14:paraId="7511E490" w14:textId="1EB28C37" w:rsidR="00033C28" w:rsidRPr="0047749F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4A7A6059" w14:textId="0E0987FC" w:rsidR="00033C28" w:rsidRPr="0047749F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0C3D321E" w14:textId="77777777" w:rsidTr="00707F73">
        <w:trPr>
          <w:jc w:val="center"/>
        </w:trPr>
        <w:tc>
          <w:tcPr>
            <w:tcW w:w="1030" w:type="dxa"/>
            <w:vAlign w:val="center"/>
          </w:tcPr>
          <w:p w14:paraId="49A0BA2C" w14:textId="6D0AAFD6" w:rsidR="00033C28" w:rsidRPr="0047749F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667" w:type="dxa"/>
            <w:vAlign w:val="center"/>
          </w:tcPr>
          <w:p w14:paraId="361313DC" w14:textId="3C8247D6" w:rsidR="00033C28" w:rsidRPr="0047749F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6" w:type="dxa"/>
            <w:vAlign w:val="center"/>
          </w:tcPr>
          <w:p w14:paraId="14EDABA7" w14:textId="5B9349C7" w:rsidR="00033C28" w:rsidRPr="0047749F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7CDED924" w14:textId="18BB114C" w:rsidR="00033C28" w:rsidRPr="0047749F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477EFB99" w14:textId="77777777" w:rsidTr="00707F73">
        <w:trPr>
          <w:jc w:val="center"/>
        </w:trPr>
        <w:tc>
          <w:tcPr>
            <w:tcW w:w="1030" w:type="dxa"/>
            <w:vAlign w:val="center"/>
          </w:tcPr>
          <w:p w14:paraId="22B85C14" w14:textId="361D9A22" w:rsidR="00033C28" w:rsidRPr="0047749F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667" w:type="dxa"/>
            <w:vAlign w:val="center"/>
          </w:tcPr>
          <w:p w14:paraId="15B12111" w14:textId="26020243" w:rsidR="00033C28" w:rsidRPr="0047749F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6" w:type="dxa"/>
            <w:vAlign w:val="center"/>
          </w:tcPr>
          <w:p w14:paraId="474E4CB0" w14:textId="3973AEB4" w:rsidR="00033C28" w:rsidRPr="0047749F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21E0C8AB" w14:textId="4E088F71" w:rsidR="00033C28" w:rsidRPr="0047749F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3F0EF3C8" w14:textId="52D790B3" w:rsidR="0047749F" w:rsidRDefault="0047749F" w:rsidP="00144A71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32D6FF31" w14:textId="7D08BE4F" w:rsidR="00707F73" w:rsidRDefault="00707F73" w:rsidP="00144A71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5379CFCA" w14:textId="0325523A" w:rsidR="00707F73" w:rsidRDefault="00707F73" w:rsidP="00144A71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49D02661" w14:textId="77777777" w:rsidR="00707F73" w:rsidRDefault="00707F73" w:rsidP="00144A71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6D86EE40" w14:textId="77096906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lastRenderedPageBreak/>
        <w:t>F. Predicados y variables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033C28" w:rsidRPr="00144A71" w14:paraId="67B88426" w14:textId="77777777">
        <w:trPr>
          <w:jc w:val="center"/>
        </w:trPr>
        <w:tc>
          <w:tcPr>
            <w:tcW w:w="2592" w:type="dxa"/>
            <w:shd w:val="clear" w:color="auto" w:fill="17365D"/>
            <w:vAlign w:val="center"/>
          </w:tcPr>
          <w:p w14:paraId="6C6F0D00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Predicado / variable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7B52ADA9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Definición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2DDD258E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Ejemplo de uso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17F6877D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Interpretación</w:t>
            </w:r>
          </w:p>
        </w:tc>
      </w:tr>
      <w:tr w:rsidR="00033C28" w:rsidRPr="00144A71" w14:paraId="16AB4E58" w14:textId="77777777">
        <w:trPr>
          <w:jc w:val="center"/>
        </w:trPr>
        <w:tc>
          <w:tcPr>
            <w:tcW w:w="2592" w:type="dxa"/>
            <w:vAlign w:val="center"/>
          </w:tcPr>
          <w:p w14:paraId="2CB2996C" w14:textId="60879645" w:rsidR="00033C28" w:rsidRPr="00257FF8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5AB48220" w14:textId="0DDFDF56" w:rsidR="00033C28" w:rsidRPr="00257FF8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59F0E0D0" w14:textId="64C25265" w:rsidR="00033C28" w:rsidRPr="00257FF8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08ED6794" w14:textId="22A310A5" w:rsidR="00033C28" w:rsidRPr="00257FF8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214263C9" w14:textId="77777777">
        <w:trPr>
          <w:jc w:val="center"/>
        </w:trPr>
        <w:tc>
          <w:tcPr>
            <w:tcW w:w="2592" w:type="dxa"/>
            <w:vAlign w:val="center"/>
          </w:tcPr>
          <w:p w14:paraId="44E93493" w14:textId="1FFB22F2" w:rsidR="00033C28" w:rsidRPr="00257FF8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4192C47E" w14:textId="63DC92DD" w:rsidR="00033C28" w:rsidRPr="00257FF8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3688EE7D" w14:textId="346A0F60" w:rsidR="00033C28" w:rsidRPr="00257FF8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3E320DA6" w14:textId="4C9CBF77" w:rsidR="00033C28" w:rsidRPr="00257FF8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22B22671" w14:textId="77777777">
        <w:trPr>
          <w:jc w:val="center"/>
        </w:trPr>
        <w:tc>
          <w:tcPr>
            <w:tcW w:w="2592" w:type="dxa"/>
            <w:vAlign w:val="center"/>
          </w:tcPr>
          <w:p w14:paraId="0AFADEA1" w14:textId="654C71F1" w:rsidR="00033C28" w:rsidRPr="00257FF8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553B7A56" w14:textId="74AE7F09" w:rsidR="00033C28" w:rsidRPr="00257FF8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65D129C1" w14:textId="24D4041C" w:rsidR="00033C28" w:rsidRPr="00257FF8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243BBC43" w14:textId="00785EA8" w:rsidR="00033C28" w:rsidRPr="00257FF8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01101D80" w14:textId="77777777">
        <w:trPr>
          <w:jc w:val="center"/>
        </w:trPr>
        <w:tc>
          <w:tcPr>
            <w:tcW w:w="2592" w:type="dxa"/>
            <w:vAlign w:val="center"/>
          </w:tcPr>
          <w:p w14:paraId="27797732" w14:textId="5F26E171" w:rsidR="00033C28" w:rsidRPr="00257FF8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79DE9134" w14:textId="6BACCC4F" w:rsidR="00033C28" w:rsidRPr="00257FF8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6A756223" w14:textId="0C6DCF0D" w:rsidR="00033C28" w:rsidRPr="00257FF8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3442C86F" w14:textId="40BC21E9" w:rsidR="00033C28" w:rsidRPr="00257FF8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159E771A" w14:textId="77777777" w:rsidR="0047749F" w:rsidRDefault="0047749F" w:rsidP="00144A71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62485C70" w14:textId="207A79C6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G. Cuantificadores</w:t>
      </w:r>
    </w:p>
    <w:tbl>
      <w:tblPr>
        <w:tblStyle w:val="Tablaconcuadrcula"/>
        <w:tblW w:w="0" w:type="auto"/>
        <w:tblInd w:w="44" w:type="dxa"/>
        <w:tblLook w:val="04A0" w:firstRow="1" w:lastRow="0" w:firstColumn="1" w:lastColumn="0" w:noHBand="0" w:noVBand="1"/>
      </w:tblPr>
      <w:tblGrid>
        <w:gridCol w:w="64"/>
        <w:gridCol w:w="2484"/>
        <w:gridCol w:w="2592"/>
        <w:gridCol w:w="2592"/>
        <w:gridCol w:w="2550"/>
        <w:gridCol w:w="42"/>
      </w:tblGrid>
      <w:tr w:rsidR="00033C28" w:rsidRPr="00144A71" w14:paraId="18D4E9D7" w14:textId="77777777" w:rsidTr="00D37675">
        <w:trPr>
          <w:gridBefore w:val="1"/>
          <w:wBefore w:w="64" w:type="dxa"/>
        </w:trPr>
        <w:tc>
          <w:tcPr>
            <w:tcW w:w="10260" w:type="dxa"/>
            <w:gridSpan w:val="5"/>
            <w:shd w:val="clear" w:color="auto" w:fill="EEF4FB"/>
            <w:vAlign w:val="center"/>
          </w:tcPr>
          <w:p w14:paraId="0D0F2396" w14:textId="77777777" w:rsidR="00033C28" w:rsidRPr="00D37675" w:rsidRDefault="000F084F" w:rsidP="00144A71">
            <w:pPr>
              <w:rPr>
                <w:rFonts w:asciiTheme="majorHAnsi" w:hAnsiTheme="majorHAnsi" w:cstheme="majorHAnsi"/>
                <w:sz w:val="20"/>
                <w:szCs w:val="20"/>
                <w:lang w:val="es-CO"/>
              </w:rPr>
            </w:pPr>
            <w:r w:rsidRPr="00D37675">
              <w:rPr>
                <w:rFonts w:asciiTheme="majorHAnsi" w:hAnsiTheme="majorHAnsi" w:cstheme="majorHAnsi"/>
                <w:color w:val="333333"/>
                <w:sz w:val="20"/>
                <w:szCs w:val="20"/>
                <w:lang w:val="es-CO"/>
              </w:rPr>
              <w:t xml:space="preserve">Los cuantificadores </w:t>
            </w:r>
            <w:r w:rsidRPr="00D37675">
              <w:rPr>
                <w:rFonts w:ascii="Cambria Math" w:hAnsi="Cambria Math" w:cs="Cambria Math"/>
                <w:color w:val="333333"/>
                <w:sz w:val="20"/>
                <w:szCs w:val="20"/>
                <w:lang w:val="es-CO"/>
              </w:rPr>
              <w:t>∀</w:t>
            </w:r>
            <w:r w:rsidRPr="00D37675">
              <w:rPr>
                <w:rFonts w:asciiTheme="majorHAnsi" w:hAnsiTheme="majorHAnsi" w:cstheme="majorHAnsi"/>
                <w:color w:val="333333"/>
                <w:sz w:val="20"/>
                <w:szCs w:val="20"/>
                <w:lang w:val="es-CO"/>
              </w:rPr>
              <w:t xml:space="preserve"> y/o </w:t>
            </w:r>
            <w:r w:rsidRPr="00D37675">
              <w:rPr>
                <w:rFonts w:ascii="Cambria Math" w:hAnsi="Cambria Math" w:cs="Cambria Math"/>
                <w:color w:val="333333"/>
                <w:sz w:val="20"/>
                <w:szCs w:val="20"/>
                <w:lang w:val="es-CO"/>
              </w:rPr>
              <w:t>∃</w:t>
            </w:r>
            <w:r w:rsidRPr="00D37675">
              <w:rPr>
                <w:rFonts w:asciiTheme="majorHAnsi" w:hAnsiTheme="majorHAnsi" w:cstheme="majorHAnsi"/>
                <w:color w:val="333333"/>
                <w:sz w:val="20"/>
                <w:szCs w:val="20"/>
                <w:lang w:val="es-CO"/>
              </w:rPr>
              <w:t xml:space="preserve"> se utilizan cuando la naturaleza de la propiedad lo requiera; no son obligatorios en todas las funcionalidades.</w:t>
            </w:r>
          </w:p>
        </w:tc>
      </w:tr>
      <w:tr w:rsidR="00033C28" w:rsidRPr="00144A71" w14:paraId="2D210B85" w14:textId="77777777" w:rsidTr="00D37675">
        <w:tblPrEx>
          <w:jc w:val="center"/>
          <w:tblInd w:w="0" w:type="dxa"/>
        </w:tblPrEx>
        <w:trPr>
          <w:gridAfter w:val="1"/>
          <w:wAfter w:w="42" w:type="dxa"/>
          <w:jc w:val="center"/>
        </w:trPr>
        <w:tc>
          <w:tcPr>
            <w:tcW w:w="2548" w:type="dxa"/>
            <w:gridSpan w:val="2"/>
            <w:shd w:val="clear" w:color="auto" w:fill="17365D"/>
            <w:vAlign w:val="center"/>
          </w:tcPr>
          <w:p w14:paraId="3B1BA75C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Expresión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2EF04E7D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Cuantificador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53FFD19F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Interpretación</w:t>
            </w:r>
          </w:p>
        </w:tc>
        <w:tc>
          <w:tcPr>
            <w:tcW w:w="2550" w:type="dxa"/>
            <w:shd w:val="clear" w:color="auto" w:fill="17365D"/>
            <w:vAlign w:val="center"/>
          </w:tcPr>
          <w:p w14:paraId="1819B427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¿Por qué corresponde?</w:t>
            </w:r>
          </w:p>
        </w:tc>
      </w:tr>
      <w:tr w:rsidR="00033C28" w:rsidRPr="00144A71" w14:paraId="50963607" w14:textId="77777777" w:rsidTr="00D37675">
        <w:tblPrEx>
          <w:jc w:val="center"/>
          <w:tblInd w:w="0" w:type="dxa"/>
        </w:tblPrEx>
        <w:trPr>
          <w:gridAfter w:val="1"/>
          <w:wAfter w:w="42" w:type="dxa"/>
          <w:jc w:val="center"/>
        </w:trPr>
        <w:tc>
          <w:tcPr>
            <w:tcW w:w="2548" w:type="dxa"/>
            <w:gridSpan w:val="2"/>
            <w:vAlign w:val="center"/>
          </w:tcPr>
          <w:p w14:paraId="67C3AE80" w14:textId="799CC21C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590A65C0" w14:textId="295D413E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7EEE5D40" w14:textId="3B3CDFAA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0" w:type="dxa"/>
            <w:vAlign w:val="center"/>
          </w:tcPr>
          <w:p w14:paraId="197C4CAD" w14:textId="1D9A15A3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1E9ACDB5" w14:textId="77777777" w:rsidTr="00D37675">
        <w:tblPrEx>
          <w:jc w:val="center"/>
          <w:tblInd w:w="0" w:type="dxa"/>
        </w:tblPrEx>
        <w:trPr>
          <w:gridAfter w:val="1"/>
          <w:wAfter w:w="42" w:type="dxa"/>
          <w:jc w:val="center"/>
        </w:trPr>
        <w:tc>
          <w:tcPr>
            <w:tcW w:w="2548" w:type="dxa"/>
            <w:gridSpan w:val="2"/>
            <w:vAlign w:val="center"/>
          </w:tcPr>
          <w:p w14:paraId="2DA398B0" w14:textId="4F830076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78257239" w14:textId="09EFCC73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4F9BF030" w14:textId="70CD2ACC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0" w:type="dxa"/>
            <w:vAlign w:val="center"/>
          </w:tcPr>
          <w:p w14:paraId="2C5A4877" w14:textId="0DCF9D2B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4EF39D5D" w14:textId="77777777" w:rsidTr="00D37675">
        <w:tblPrEx>
          <w:jc w:val="center"/>
          <w:tblInd w:w="0" w:type="dxa"/>
        </w:tblPrEx>
        <w:trPr>
          <w:gridAfter w:val="1"/>
          <w:wAfter w:w="42" w:type="dxa"/>
          <w:jc w:val="center"/>
        </w:trPr>
        <w:tc>
          <w:tcPr>
            <w:tcW w:w="2548" w:type="dxa"/>
            <w:gridSpan w:val="2"/>
            <w:vAlign w:val="center"/>
          </w:tcPr>
          <w:p w14:paraId="33D24F61" w14:textId="2A016080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263BFFAD" w14:textId="3C2D1EBF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66CC559B" w14:textId="25EACFA8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0" w:type="dxa"/>
            <w:vAlign w:val="center"/>
          </w:tcPr>
          <w:p w14:paraId="47FCF945" w14:textId="6FB5A0E8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50C3D192" w14:textId="77777777" w:rsidR="00D37675" w:rsidRDefault="00D37675" w:rsidP="00144A71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72E8D5B2" w14:textId="28C60BEA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H. Formalización e interpretación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033C28" w:rsidRPr="00144A71" w14:paraId="1E017A80" w14:textId="77777777" w:rsidTr="0044046F">
        <w:trPr>
          <w:jc w:val="center"/>
        </w:trPr>
        <w:tc>
          <w:tcPr>
            <w:tcW w:w="2592" w:type="dxa"/>
            <w:shd w:val="clear" w:color="auto" w:fill="17365D"/>
            <w:vAlign w:val="center"/>
          </w:tcPr>
          <w:p w14:paraId="695AF07E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Condición en lenguaje natural</w:t>
            </w:r>
          </w:p>
        </w:tc>
        <w:tc>
          <w:tcPr>
            <w:tcW w:w="2592" w:type="dxa"/>
            <w:shd w:val="clear" w:color="auto" w:fill="17365D" w:themeFill="text2" w:themeFillShade="BF"/>
            <w:vAlign w:val="center"/>
          </w:tcPr>
          <w:p w14:paraId="60C90217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Proposiciones / predicados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1A6210E9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Expresión formal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3F2F8B58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Interpretación</w:t>
            </w:r>
          </w:p>
        </w:tc>
      </w:tr>
      <w:tr w:rsidR="00033C28" w:rsidRPr="00144A71" w14:paraId="4CA5B583" w14:textId="77777777">
        <w:trPr>
          <w:jc w:val="center"/>
        </w:trPr>
        <w:tc>
          <w:tcPr>
            <w:tcW w:w="2592" w:type="dxa"/>
            <w:vAlign w:val="center"/>
          </w:tcPr>
          <w:p w14:paraId="39C53793" w14:textId="7F6C0B4B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5DF1C948" w14:textId="35F7D325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1FC3C8EB" w14:textId="081558AE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34FF9937" w14:textId="034BA569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14B97C92" w14:textId="77777777">
        <w:trPr>
          <w:jc w:val="center"/>
        </w:trPr>
        <w:tc>
          <w:tcPr>
            <w:tcW w:w="2592" w:type="dxa"/>
            <w:vAlign w:val="center"/>
          </w:tcPr>
          <w:p w14:paraId="0C3136F6" w14:textId="5388EE72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57164313" w14:textId="17989496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0C18033A" w14:textId="111617B7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10407AF3" w14:textId="6EFA3D7F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0D96D7D6" w14:textId="77777777">
        <w:trPr>
          <w:jc w:val="center"/>
        </w:trPr>
        <w:tc>
          <w:tcPr>
            <w:tcW w:w="2592" w:type="dxa"/>
            <w:vAlign w:val="center"/>
          </w:tcPr>
          <w:p w14:paraId="2AEC9AAC" w14:textId="2FF517D3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51F683B6" w14:textId="6948FBE9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7927C50A" w14:textId="28192FBC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05BF0E5E" w14:textId="47306ED8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61BDB7C0" w14:textId="77777777">
        <w:trPr>
          <w:jc w:val="center"/>
        </w:trPr>
        <w:tc>
          <w:tcPr>
            <w:tcW w:w="2592" w:type="dxa"/>
            <w:vAlign w:val="center"/>
          </w:tcPr>
          <w:p w14:paraId="6EE2DC3F" w14:textId="317E00E5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10283CE0" w14:textId="62F6CF5D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72B404B6" w14:textId="55D4E234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7F25A1D0" w14:textId="689FCEFE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5E4F9A44" w14:textId="77777777" w:rsidR="00D37675" w:rsidRDefault="00D37675" w:rsidP="00144A71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463F1F16" w14:textId="49F5306D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I. Tabla de verdad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8"/>
        <w:gridCol w:w="2694"/>
        <w:gridCol w:w="175"/>
        <w:gridCol w:w="2234"/>
        <w:gridCol w:w="5049"/>
        <w:gridCol w:w="108"/>
      </w:tblGrid>
      <w:tr w:rsidR="00033C28" w:rsidRPr="00144A71" w14:paraId="31A11EFD" w14:textId="77777777" w:rsidTr="0044046F">
        <w:trPr>
          <w:gridBefore w:val="1"/>
          <w:wBefore w:w="108" w:type="dxa"/>
        </w:trPr>
        <w:tc>
          <w:tcPr>
            <w:tcW w:w="2694" w:type="dxa"/>
            <w:shd w:val="clear" w:color="auto" w:fill="17365D"/>
            <w:vAlign w:val="center"/>
          </w:tcPr>
          <w:p w14:paraId="7E985CC4" w14:textId="77777777" w:rsidR="00033C28" w:rsidRPr="00144A71" w:rsidRDefault="000F084F" w:rsidP="00144A71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P</w:t>
            </w:r>
          </w:p>
        </w:tc>
        <w:tc>
          <w:tcPr>
            <w:tcW w:w="2409" w:type="dxa"/>
            <w:gridSpan w:val="2"/>
            <w:shd w:val="clear" w:color="auto" w:fill="17365D"/>
            <w:vAlign w:val="center"/>
          </w:tcPr>
          <w:p w14:paraId="362BB9E0" w14:textId="77777777" w:rsidR="00033C28" w:rsidRPr="00144A71" w:rsidRDefault="000F084F" w:rsidP="00144A71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Q</w:t>
            </w:r>
          </w:p>
        </w:tc>
        <w:tc>
          <w:tcPr>
            <w:tcW w:w="5157" w:type="dxa"/>
            <w:gridSpan w:val="2"/>
            <w:shd w:val="clear" w:color="auto" w:fill="17365D"/>
            <w:vAlign w:val="center"/>
          </w:tcPr>
          <w:p w14:paraId="468684CA" w14:textId="77777777" w:rsidR="00033C28" w:rsidRPr="00144A71" w:rsidRDefault="000F084F" w:rsidP="00144A71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Expresión seleccionada</w:t>
            </w:r>
          </w:p>
        </w:tc>
      </w:tr>
      <w:tr w:rsidR="00033C28" w:rsidRPr="00144A71" w14:paraId="5FD5042A" w14:textId="77777777" w:rsidTr="0044046F">
        <w:trPr>
          <w:gridBefore w:val="1"/>
          <w:wBefore w:w="108" w:type="dxa"/>
        </w:trPr>
        <w:tc>
          <w:tcPr>
            <w:tcW w:w="2694" w:type="dxa"/>
            <w:vAlign w:val="center"/>
          </w:tcPr>
          <w:p w14:paraId="0D2E8F14" w14:textId="77777777" w:rsidR="00033C28" w:rsidRPr="00144A71" w:rsidRDefault="000F084F" w:rsidP="00144A71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V</w:t>
            </w:r>
          </w:p>
        </w:tc>
        <w:tc>
          <w:tcPr>
            <w:tcW w:w="2409" w:type="dxa"/>
            <w:gridSpan w:val="2"/>
            <w:vAlign w:val="center"/>
          </w:tcPr>
          <w:p w14:paraId="4E33AA76" w14:textId="77777777" w:rsidR="00033C28" w:rsidRPr="00144A71" w:rsidRDefault="000F084F" w:rsidP="00144A71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V</w:t>
            </w:r>
          </w:p>
        </w:tc>
        <w:tc>
          <w:tcPr>
            <w:tcW w:w="5157" w:type="dxa"/>
            <w:gridSpan w:val="2"/>
            <w:vAlign w:val="center"/>
          </w:tcPr>
          <w:p w14:paraId="2F1F538D" w14:textId="28093ACC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1359E189" w14:textId="77777777" w:rsidTr="0044046F">
        <w:trPr>
          <w:gridBefore w:val="1"/>
          <w:wBefore w:w="108" w:type="dxa"/>
        </w:trPr>
        <w:tc>
          <w:tcPr>
            <w:tcW w:w="2694" w:type="dxa"/>
            <w:vAlign w:val="center"/>
          </w:tcPr>
          <w:p w14:paraId="0A0DA517" w14:textId="77777777" w:rsidR="00033C28" w:rsidRPr="00144A71" w:rsidRDefault="000F084F" w:rsidP="00144A71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V</w:t>
            </w:r>
          </w:p>
        </w:tc>
        <w:tc>
          <w:tcPr>
            <w:tcW w:w="2409" w:type="dxa"/>
            <w:gridSpan w:val="2"/>
            <w:vAlign w:val="center"/>
          </w:tcPr>
          <w:p w14:paraId="48831110" w14:textId="77777777" w:rsidR="00033C28" w:rsidRPr="00144A71" w:rsidRDefault="000F084F" w:rsidP="00144A71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F</w:t>
            </w:r>
          </w:p>
        </w:tc>
        <w:tc>
          <w:tcPr>
            <w:tcW w:w="5157" w:type="dxa"/>
            <w:gridSpan w:val="2"/>
            <w:vAlign w:val="center"/>
          </w:tcPr>
          <w:p w14:paraId="67326502" w14:textId="05217CAE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569E46E5" w14:textId="77777777" w:rsidTr="0044046F">
        <w:trPr>
          <w:gridBefore w:val="1"/>
          <w:wBefore w:w="108" w:type="dxa"/>
        </w:trPr>
        <w:tc>
          <w:tcPr>
            <w:tcW w:w="2694" w:type="dxa"/>
            <w:vAlign w:val="center"/>
          </w:tcPr>
          <w:p w14:paraId="7A2DF625" w14:textId="77777777" w:rsidR="00033C28" w:rsidRPr="00144A71" w:rsidRDefault="000F084F" w:rsidP="00144A71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F</w:t>
            </w:r>
          </w:p>
        </w:tc>
        <w:tc>
          <w:tcPr>
            <w:tcW w:w="2409" w:type="dxa"/>
            <w:gridSpan w:val="2"/>
            <w:vAlign w:val="center"/>
          </w:tcPr>
          <w:p w14:paraId="5048DE2E" w14:textId="77777777" w:rsidR="00033C28" w:rsidRPr="00144A71" w:rsidRDefault="000F084F" w:rsidP="00144A71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V</w:t>
            </w:r>
          </w:p>
        </w:tc>
        <w:tc>
          <w:tcPr>
            <w:tcW w:w="5157" w:type="dxa"/>
            <w:gridSpan w:val="2"/>
            <w:vAlign w:val="center"/>
          </w:tcPr>
          <w:p w14:paraId="1680648E" w14:textId="70B8C725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20E6978B" w14:textId="77777777" w:rsidTr="0044046F">
        <w:trPr>
          <w:gridBefore w:val="1"/>
          <w:wBefore w:w="108" w:type="dxa"/>
        </w:trPr>
        <w:tc>
          <w:tcPr>
            <w:tcW w:w="2694" w:type="dxa"/>
            <w:vAlign w:val="center"/>
          </w:tcPr>
          <w:p w14:paraId="11129896" w14:textId="77777777" w:rsidR="00033C28" w:rsidRPr="00144A71" w:rsidRDefault="000F084F" w:rsidP="00144A71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F</w:t>
            </w:r>
          </w:p>
        </w:tc>
        <w:tc>
          <w:tcPr>
            <w:tcW w:w="2409" w:type="dxa"/>
            <w:gridSpan w:val="2"/>
            <w:vAlign w:val="center"/>
          </w:tcPr>
          <w:p w14:paraId="11745A5B" w14:textId="77777777" w:rsidR="00033C28" w:rsidRPr="00144A71" w:rsidRDefault="000F084F" w:rsidP="00144A71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F</w:t>
            </w:r>
          </w:p>
        </w:tc>
        <w:tc>
          <w:tcPr>
            <w:tcW w:w="5157" w:type="dxa"/>
            <w:gridSpan w:val="2"/>
            <w:vAlign w:val="center"/>
          </w:tcPr>
          <w:p w14:paraId="37BB20D0" w14:textId="7BBCCF86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71A5F919" w14:textId="77777777" w:rsidTr="0044046F">
        <w:tblPrEx>
          <w:jc w:val="center"/>
        </w:tblPrEx>
        <w:trPr>
          <w:gridAfter w:val="1"/>
          <w:wAfter w:w="108" w:type="dxa"/>
          <w:jc w:val="center"/>
        </w:trPr>
        <w:tc>
          <w:tcPr>
            <w:tcW w:w="2977" w:type="dxa"/>
            <w:gridSpan w:val="3"/>
            <w:shd w:val="clear" w:color="auto" w:fill="DCE6F1"/>
            <w:vAlign w:val="center"/>
          </w:tcPr>
          <w:p w14:paraId="49506A04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Expresión seleccionada</w:t>
            </w:r>
          </w:p>
        </w:tc>
        <w:tc>
          <w:tcPr>
            <w:tcW w:w="7283" w:type="dxa"/>
            <w:gridSpan w:val="2"/>
            <w:vAlign w:val="center"/>
          </w:tcPr>
          <w:p w14:paraId="2CFFEFF9" w14:textId="157235E7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5946C278" w14:textId="77777777" w:rsidTr="0044046F">
        <w:tblPrEx>
          <w:jc w:val="center"/>
        </w:tblPrEx>
        <w:trPr>
          <w:gridAfter w:val="1"/>
          <w:wAfter w:w="108" w:type="dxa"/>
          <w:jc w:val="center"/>
        </w:trPr>
        <w:tc>
          <w:tcPr>
            <w:tcW w:w="2977" w:type="dxa"/>
            <w:gridSpan w:val="3"/>
            <w:shd w:val="clear" w:color="auto" w:fill="DCE6F1"/>
            <w:vAlign w:val="center"/>
          </w:tcPr>
          <w:p w14:paraId="07522587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Interpretación de la tabla</w:t>
            </w:r>
          </w:p>
        </w:tc>
        <w:tc>
          <w:tcPr>
            <w:tcW w:w="7283" w:type="dxa"/>
            <w:gridSpan w:val="2"/>
            <w:vAlign w:val="center"/>
          </w:tcPr>
          <w:p w14:paraId="75765FD1" w14:textId="598A99E3" w:rsidR="00033C28" w:rsidRPr="00D37675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16A3E15C" w14:textId="2940880E" w:rsidR="00D37675" w:rsidRDefault="00D37675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2BB05947" w14:textId="275DCA9E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5432D05C" w14:textId="3C7045C5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3A316312" w14:textId="13B26E7A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3F44F5FE" w14:textId="539DE98A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6C152BEC" w14:textId="0342DFF2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3795E6E9" w14:textId="0CC841A1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798A84D1" w14:textId="52164321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3B1A36E9" w14:textId="77B94E06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1AF34407" w14:textId="01858029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79926089" w14:textId="7F8E5816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12D6342A" w14:textId="3E9BDF96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7CDD5D66" w14:textId="5354FF13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7ECA60D4" w14:textId="34F1988E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33765D06" w14:textId="5EDB760F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244D1736" w14:textId="77777777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450676BB" w14:textId="1B7316DB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  <w:lastRenderedPageBreak/>
        <w:t>4.</w:t>
      </w:r>
      <w:r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  <w:t>2</w:t>
      </w:r>
      <w:r w:rsidRPr="00144A71"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  <w:t xml:space="preserve"> Análisis y especificación — Funcionalidad </w:t>
      </w:r>
      <w:r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  <w:t>2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368"/>
      </w:tblGrid>
      <w:tr w:rsidR="0093657D" w:rsidRPr="00144A71" w14:paraId="0948BDE2" w14:textId="77777777" w:rsidTr="00AA004C">
        <w:tc>
          <w:tcPr>
            <w:tcW w:w="10368" w:type="dxa"/>
            <w:shd w:val="clear" w:color="auto" w:fill="EEF4FB"/>
            <w:vAlign w:val="center"/>
          </w:tcPr>
          <w:p w14:paraId="2405B04A" w14:textId="77777777" w:rsidR="0093657D" w:rsidRPr="002120D1" w:rsidRDefault="0093657D" w:rsidP="00AA004C">
            <w:pPr>
              <w:rPr>
                <w:rFonts w:asciiTheme="majorHAnsi" w:hAnsiTheme="majorHAnsi" w:cstheme="majorHAnsi"/>
                <w:sz w:val="20"/>
                <w:szCs w:val="20"/>
                <w:lang w:val="es-CO"/>
              </w:rPr>
            </w:pPr>
            <w:r w:rsidRPr="002120D1">
              <w:rPr>
                <w:rFonts w:asciiTheme="majorHAnsi" w:hAnsiTheme="majorHAnsi" w:cstheme="majorHAnsi"/>
                <w:color w:val="333333"/>
                <w:sz w:val="20"/>
                <w:szCs w:val="20"/>
                <w:lang w:val="es-CO"/>
              </w:rPr>
              <w:t>Complete todas las tablas para esta funcionalidad y conserve la coherencia entre condiciones, calidad y formalización.</w:t>
            </w:r>
          </w:p>
        </w:tc>
      </w:tr>
    </w:tbl>
    <w:p w14:paraId="46A94704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67163BF8" w14:textId="77777777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A. Descripción de la funcionalidad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93657D" w:rsidRPr="00144A71" w14:paraId="2FDA54C8" w14:textId="77777777" w:rsidTr="00AA004C">
        <w:trPr>
          <w:jc w:val="center"/>
        </w:trPr>
        <w:tc>
          <w:tcPr>
            <w:tcW w:w="5184" w:type="dxa"/>
            <w:shd w:val="clear" w:color="auto" w:fill="DCE6F1"/>
            <w:vAlign w:val="center"/>
          </w:tcPr>
          <w:p w14:paraId="5B0778ED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Nombre</w:t>
            </w:r>
          </w:p>
        </w:tc>
        <w:tc>
          <w:tcPr>
            <w:tcW w:w="5184" w:type="dxa"/>
            <w:vAlign w:val="center"/>
          </w:tcPr>
          <w:p w14:paraId="48B70226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090FC8C9" w14:textId="77777777" w:rsidTr="00AA004C">
        <w:trPr>
          <w:jc w:val="center"/>
        </w:trPr>
        <w:tc>
          <w:tcPr>
            <w:tcW w:w="5184" w:type="dxa"/>
            <w:shd w:val="clear" w:color="auto" w:fill="DCE6F1"/>
            <w:vAlign w:val="center"/>
          </w:tcPr>
          <w:p w14:paraId="65F3427D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Propósito</w:t>
            </w:r>
          </w:p>
        </w:tc>
        <w:tc>
          <w:tcPr>
            <w:tcW w:w="5184" w:type="dxa"/>
            <w:vAlign w:val="center"/>
          </w:tcPr>
          <w:p w14:paraId="404A9A57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79D2848E" w14:textId="77777777" w:rsidTr="00AA004C">
        <w:trPr>
          <w:jc w:val="center"/>
        </w:trPr>
        <w:tc>
          <w:tcPr>
            <w:tcW w:w="5184" w:type="dxa"/>
            <w:shd w:val="clear" w:color="auto" w:fill="DCE6F1"/>
            <w:vAlign w:val="center"/>
          </w:tcPr>
          <w:p w14:paraId="3D967DF1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Actor / usuario</w:t>
            </w:r>
          </w:p>
        </w:tc>
        <w:tc>
          <w:tcPr>
            <w:tcW w:w="5184" w:type="dxa"/>
            <w:vAlign w:val="center"/>
          </w:tcPr>
          <w:p w14:paraId="516A65DC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67586604" w14:textId="77777777" w:rsidTr="00AA004C">
        <w:trPr>
          <w:jc w:val="center"/>
        </w:trPr>
        <w:tc>
          <w:tcPr>
            <w:tcW w:w="5184" w:type="dxa"/>
            <w:shd w:val="clear" w:color="auto" w:fill="DCE6F1"/>
            <w:vAlign w:val="center"/>
          </w:tcPr>
          <w:p w14:paraId="1C344169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Entradas principales</w:t>
            </w:r>
          </w:p>
        </w:tc>
        <w:tc>
          <w:tcPr>
            <w:tcW w:w="5184" w:type="dxa"/>
            <w:vAlign w:val="center"/>
          </w:tcPr>
          <w:p w14:paraId="1BBE1C82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0622EFBD" w14:textId="77777777" w:rsidTr="00AA004C">
        <w:trPr>
          <w:jc w:val="center"/>
        </w:trPr>
        <w:tc>
          <w:tcPr>
            <w:tcW w:w="5184" w:type="dxa"/>
            <w:shd w:val="clear" w:color="auto" w:fill="DCE6F1"/>
            <w:vAlign w:val="center"/>
          </w:tcPr>
          <w:p w14:paraId="454E8989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Resultado esperado</w:t>
            </w:r>
          </w:p>
        </w:tc>
        <w:tc>
          <w:tcPr>
            <w:tcW w:w="5184" w:type="dxa"/>
            <w:vAlign w:val="center"/>
          </w:tcPr>
          <w:p w14:paraId="70FF1DB0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0553D073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7B707463" w14:textId="77777777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B. Correctitud, errores y casos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2268"/>
        <w:gridCol w:w="3119"/>
        <w:gridCol w:w="3138"/>
      </w:tblGrid>
      <w:tr w:rsidR="0093657D" w:rsidRPr="00144A71" w14:paraId="3326F257" w14:textId="77777777" w:rsidTr="00AA004C">
        <w:trPr>
          <w:jc w:val="center"/>
        </w:trPr>
        <w:tc>
          <w:tcPr>
            <w:tcW w:w="4111" w:type="dxa"/>
            <w:gridSpan w:val="2"/>
            <w:shd w:val="clear" w:color="auto" w:fill="DCE6F1"/>
            <w:vAlign w:val="center"/>
          </w:tcPr>
          <w:p w14:paraId="242DE50A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¿Qué debe hacer correctamente?</w:t>
            </w:r>
          </w:p>
        </w:tc>
        <w:tc>
          <w:tcPr>
            <w:tcW w:w="6257" w:type="dxa"/>
            <w:gridSpan w:val="2"/>
            <w:vAlign w:val="center"/>
          </w:tcPr>
          <w:p w14:paraId="0FB879D7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59D946B7" w14:textId="77777777" w:rsidTr="00AA004C">
        <w:trPr>
          <w:jc w:val="center"/>
        </w:trPr>
        <w:tc>
          <w:tcPr>
            <w:tcW w:w="4111" w:type="dxa"/>
            <w:gridSpan w:val="2"/>
            <w:shd w:val="clear" w:color="auto" w:fill="DCE6F1"/>
            <w:vAlign w:val="center"/>
          </w:tcPr>
          <w:p w14:paraId="782BC726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Posible error</w:t>
            </w:r>
          </w:p>
        </w:tc>
        <w:tc>
          <w:tcPr>
            <w:tcW w:w="6257" w:type="dxa"/>
            <w:gridSpan w:val="2"/>
            <w:vAlign w:val="center"/>
          </w:tcPr>
          <w:p w14:paraId="4283EAF3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234F8BE3" w14:textId="77777777" w:rsidTr="00AA004C">
        <w:trPr>
          <w:jc w:val="center"/>
        </w:trPr>
        <w:tc>
          <w:tcPr>
            <w:tcW w:w="4111" w:type="dxa"/>
            <w:gridSpan w:val="2"/>
            <w:shd w:val="clear" w:color="auto" w:fill="DCE6F1"/>
            <w:vAlign w:val="center"/>
          </w:tcPr>
          <w:p w14:paraId="7F7ABD88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Posible defecto</w:t>
            </w:r>
          </w:p>
        </w:tc>
        <w:tc>
          <w:tcPr>
            <w:tcW w:w="6257" w:type="dxa"/>
            <w:gridSpan w:val="2"/>
            <w:vAlign w:val="center"/>
          </w:tcPr>
          <w:p w14:paraId="22C60F8E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2C8B929D" w14:textId="77777777" w:rsidTr="00AA004C">
        <w:trPr>
          <w:jc w:val="center"/>
        </w:trPr>
        <w:tc>
          <w:tcPr>
            <w:tcW w:w="4111" w:type="dxa"/>
            <w:gridSpan w:val="2"/>
            <w:shd w:val="clear" w:color="auto" w:fill="DCE6F1"/>
            <w:vAlign w:val="center"/>
          </w:tcPr>
          <w:p w14:paraId="3DB63A03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Posible fallo</w:t>
            </w:r>
          </w:p>
        </w:tc>
        <w:tc>
          <w:tcPr>
            <w:tcW w:w="6257" w:type="dxa"/>
            <w:gridSpan w:val="2"/>
            <w:vAlign w:val="center"/>
          </w:tcPr>
          <w:p w14:paraId="12DC67EC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3D918C50" w14:textId="77777777" w:rsidTr="00AA004C">
        <w:trPr>
          <w:jc w:val="center"/>
        </w:trPr>
        <w:tc>
          <w:tcPr>
            <w:tcW w:w="1843" w:type="dxa"/>
            <w:shd w:val="clear" w:color="auto" w:fill="17365D"/>
            <w:vAlign w:val="center"/>
          </w:tcPr>
          <w:p w14:paraId="01846EA0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Tipo de caso</w:t>
            </w:r>
          </w:p>
        </w:tc>
        <w:tc>
          <w:tcPr>
            <w:tcW w:w="2268" w:type="dxa"/>
            <w:shd w:val="clear" w:color="auto" w:fill="17365D"/>
            <w:vAlign w:val="center"/>
          </w:tcPr>
          <w:p w14:paraId="50949E94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Situación / entrada</w:t>
            </w:r>
          </w:p>
        </w:tc>
        <w:tc>
          <w:tcPr>
            <w:tcW w:w="3119" w:type="dxa"/>
            <w:shd w:val="clear" w:color="auto" w:fill="17365D"/>
            <w:vAlign w:val="center"/>
          </w:tcPr>
          <w:p w14:paraId="70948548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Resultado esperado</w:t>
            </w:r>
          </w:p>
        </w:tc>
        <w:tc>
          <w:tcPr>
            <w:tcW w:w="3138" w:type="dxa"/>
            <w:shd w:val="clear" w:color="auto" w:fill="17365D"/>
            <w:vAlign w:val="center"/>
          </w:tcPr>
          <w:p w14:paraId="0CCA0795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¿Qué permite comprobar?</w:t>
            </w:r>
          </w:p>
        </w:tc>
      </w:tr>
      <w:tr w:rsidR="0093657D" w:rsidRPr="00144A71" w14:paraId="03968E5D" w14:textId="77777777" w:rsidTr="00AA004C">
        <w:trPr>
          <w:jc w:val="center"/>
        </w:trPr>
        <w:tc>
          <w:tcPr>
            <w:tcW w:w="1843" w:type="dxa"/>
            <w:vAlign w:val="center"/>
          </w:tcPr>
          <w:p w14:paraId="13C0A0D9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s-CO"/>
              </w:rPr>
              <w:t>Normal</w:t>
            </w:r>
          </w:p>
        </w:tc>
        <w:tc>
          <w:tcPr>
            <w:tcW w:w="2268" w:type="dxa"/>
            <w:vAlign w:val="center"/>
          </w:tcPr>
          <w:p w14:paraId="5FE758C1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9" w:type="dxa"/>
            <w:vAlign w:val="center"/>
          </w:tcPr>
          <w:p w14:paraId="4944DF98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38" w:type="dxa"/>
            <w:vAlign w:val="center"/>
          </w:tcPr>
          <w:p w14:paraId="7242B13E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54F207A2" w14:textId="77777777" w:rsidTr="00AA004C">
        <w:trPr>
          <w:jc w:val="center"/>
        </w:trPr>
        <w:tc>
          <w:tcPr>
            <w:tcW w:w="1843" w:type="dxa"/>
            <w:vAlign w:val="center"/>
          </w:tcPr>
          <w:p w14:paraId="41E03C8F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s-CO"/>
              </w:rPr>
              <w:t>Límite</w:t>
            </w:r>
          </w:p>
        </w:tc>
        <w:tc>
          <w:tcPr>
            <w:tcW w:w="2268" w:type="dxa"/>
            <w:vAlign w:val="center"/>
          </w:tcPr>
          <w:p w14:paraId="52800B52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9" w:type="dxa"/>
            <w:vAlign w:val="center"/>
          </w:tcPr>
          <w:p w14:paraId="153F2CAC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38" w:type="dxa"/>
            <w:vAlign w:val="center"/>
          </w:tcPr>
          <w:p w14:paraId="33A17AD5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7782374E" w14:textId="77777777" w:rsidTr="00AA004C">
        <w:trPr>
          <w:jc w:val="center"/>
        </w:trPr>
        <w:tc>
          <w:tcPr>
            <w:tcW w:w="1843" w:type="dxa"/>
            <w:vAlign w:val="center"/>
          </w:tcPr>
          <w:p w14:paraId="641BABEA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s-CO"/>
              </w:rPr>
              <w:t>Inválido</w:t>
            </w:r>
          </w:p>
        </w:tc>
        <w:tc>
          <w:tcPr>
            <w:tcW w:w="2268" w:type="dxa"/>
            <w:vAlign w:val="center"/>
          </w:tcPr>
          <w:p w14:paraId="149F1696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9" w:type="dxa"/>
            <w:vAlign w:val="center"/>
          </w:tcPr>
          <w:p w14:paraId="36324585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38" w:type="dxa"/>
            <w:vAlign w:val="center"/>
          </w:tcPr>
          <w:p w14:paraId="41A1CEAA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5990AC96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1E39DD12" w14:textId="77777777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C. Calidad y construcción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828"/>
        <w:gridCol w:w="6540"/>
      </w:tblGrid>
      <w:tr w:rsidR="0093657D" w:rsidRPr="00144A71" w14:paraId="7ACCF7BA" w14:textId="77777777" w:rsidTr="00AA004C">
        <w:trPr>
          <w:jc w:val="center"/>
        </w:trPr>
        <w:tc>
          <w:tcPr>
            <w:tcW w:w="3828" w:type="dxa"/>
            <w:shd w:val="clear" w:color="auto" w:fill="DCE6F1"/>
            <w:vAlign w:val="center"/>
          </w:tcPr>
          <w:p w14:paraId="2CE2C891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Característica de calidad relevante</w:t>
            </w:r>
          </w:p>
        </w:tc>
        <w:tc>
          <w:tcPr>
            <w:tcW w:w="6540" w:type="dxa"/>
            <w:vAlign w:val="center"/>
          </w:tcPr>
          <w:p w14:paraId="13353207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4CB0EAAD" w14:textId="77777777" w:rsidTr="00AA004C">
        <w:trPr>
          <w:jc w:val="center"/>
        </w:trPr>
        <w:tc>
          <w:tcPr>
            <w:tcW w:w="3828" w:type="dxa"/>
            <w:shd w:val="clear" w:color="auto" w:fill="DCE6F1"/>
            <w:vAlign w:val="center"/>
          </w:tcPr>
          <w:p w14:paraId="24489BD3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¿Por qué es importante?</w:t>
            </w:r>
          </w:p>
        </w:tc>
        <w:tc>
          <w:tcPr>
            <w:tcW w:w="6540" w:type="dxa"/>
            <w:vAlign w:val="center"/>
          </w:tcPr>
          <w:p w14:paraId="108EADDE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3B09265E" w14:textId="77777777" w:rsidTr="00AA004C">
        <w:trPr>
          <w:jc w:val="center"/>
        </w:trPr>
        <w:tc>
          <w:tcPr>
            <w:tcW w:w="3828" w:type="dxa"/>
            <w:shd w:val="clear" w:color="auto" w:fill="DCE6F1"/>
            <w:vAlign w:val="center"/>
          </w:tcPr>
          <w:p w14:paraId="3A27BE33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Confiabilidad</w:t>
            </w:r>
          </w:p>
        </w:tc>
        <w:tc>
          <w:tcPr>
            <w:tcW w:w="6540" w:type="dxa"/>
            <w:vAlign w:val="center"/>
          </w:tcPr>
          <w:p w14:paraId="21B86BB8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6B45690A" w14:textId="77777777" w:rsidTr="00AA004C">
        <w:trPr>
          <w:jc w:val="center"/>
        </w:trPr>
        <w:tc>
          <w:tcPr>
            <w:tcW w:w="3828" w:type="dxa"/>
            <w:shd w:val="clear" w:color="auto" w:fill="DCE6F1"/>
            <w:vAlign w:val="center"/>
          </w:tcPr>
          <w:p w14:paraId="6911CAA6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Robustez</w:t>
            </w:r>
          </w:p>
        </w:tc>
        <w:tc>
          <w:tcPr>
            <w:tcW w:w="6540" w:type="dxa"/>
            <w:vAlign w:val="center"/>
          </w:tcPr>
          <w:p w14:paraId="6A982EB9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54C9AF49" w14:textId="77777777" w:rsidTr="00AA004C">
        <w:trPr>
          <w:jc w:val="center"/>
        </w:trPr>
        <w:tc>
          <w:tcPr>
            <w:tcW w:w="3828" w:type="dxa"/>
            <w:shd w:val="clear" w:color="auto" w:fill="DCE6F1"/>
            <w:vAlign w:val="center"/>
          </w:tcPr>
          <w:p w14:paraId="60DB8BCF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Mantenibilidad</w:t>
            </w:r>
          </w:p>
        </w:tc>
        <w:tc>
          <w:tcPr>
            <w:tcW w:w="6540" w:type="dxa"/>
            <w:vAlign w:val="center"/>
          </w:tcPr>
          <w:p w14:paraId="618F62AF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585669F2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062B4E5F" w14:textId="77777777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D. Condiciones y propiedades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3544"/>
        <w:gridCol w:w="3260"/>
        <w:gridCol w:w="2855"/>
      </w:tblGrid>
      <w:tr w:rsidR="0093657D" w:rsidRPr="00144A71" w14:paraId="0E89E00E" w14:textId="77777777" w:rsidTr="00AA004C">
        <w:trPr>
          <w:jc w:val="center"/>
        </w:trPr>
        <w:tc>
          <w:tcPr>
            <w:tcW w:w="709" w:type="dxa"/>
            <w:shd w:val="clear" w:color="auto" w:fill="17365D"/>
            <w:vAlign w:val="center"/>
          </w:tcPr>
          <w:p w14:paraId="466A43BD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N.º</w:t>
            </w:r>
          </w:p>
        </w:tc>
        <w:tc>
          <w:tcPr>
            <w:tcW w:w="3544" w:type="dxa"/>
            <w:shd w:val="clear" w:color="auto" w:fill="17365D"/>
            <w:vAlign w:val="center"/>
          </w:tcPr>
          <w:p w14:paraId="75B59075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Condición o propiedad</w:t>
            </w:r>
          </w:p>
        </w:tc>
        <w:tc>
          <w:tcPr>
            <w:tcW w:w="3260" w:type="dxa"/>
            <w:shd w:val="clear" w:color="auto" w:fill="17365D"/>
            <w:vAlign w:val="center"/>
          </w:tcPr>
          <w:p w14:paraId="5173E0CC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¿Por qué es necesaria?</w:t>
            </w:r>
          </w:p>
        </w:tc>
        <w:tc>
          <w:tcPr>
            <w:tcW w:w="2855" w:type="dxa"/>
            <w:shd w:val="clear" w:color="auto" w:fill="17365D"/>
            <w:vAlign w:val="center"/>
          </w:tcPr>
          <w:p w14:paraId="6583DB88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Resultado esperado</w:t>
            </w:r>
          </w:p>
        </w:tc>
      </w:tr>
      <w:tr w:rsidR="0093657D" w:rsidRPr="00144A71" w14:paraId="458562F9" w14:textId="77777777" w:rsidTr="00AA004C">
        <w:trPr>
          <w:jc w:val="center"/>
        </w:trPr>
        <w:tc>
          <w:tcPr>
            <w:tcW w:w="709" w:type="dxa"/>
            <w:vAlign w:val="center"/>
          </w:tcPr>
          <w:p w14:paraId="5A651EEC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1</w:t>
            </w:r>
          </w:p>
        </w:tc>
        <w:tc>
          <w:tcPr>
            <w:tcW w:w="3544" w:type="dxa"/>
            <w:vAlign w:val="center"/>
          </w:tcPr>
          <w:p w14:paraId="74603985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260" w:type="dxa"/>
            <w:vAlign w:val="center"/>
          </w:tcPr>
          <w:p w14:paraId="2A8B91D6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855" w:type="dxa"/>
            <w:vAlign w:val="center"/>
          </w:tcPr>
          <w:p w14:paraId="47669595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46FBF8C5" w14:textId="77777777" w:rsidTr="00AA004C">
        <w:trPr>
          <w:jc w:val="center"/>
        </w:trPr>
        <w:tc>
          <w:tcPr>
            <w:tcW w:w="709" w:type="dxa"/>
            <w:vAlign w:val="center"/>
          </w:tcPr>
          <w:p w14:paraId="2932CF3D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2</w:t>
            </w:r>
          </w:p>
        </w:tc>
        <w:tc>
          <w:tcPr>
            <w:tcW w:w="3544" w:type="dxa"/>
            <w:vAlign w:val="center"/>
          </w:tcPr>
          <w:p w14:paraId="1D451667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260" w:type="dxa"/>
            <w:vAlign w:val="center"/>
          </w:tcPr>
          <w:p w14:paraId="7E792C94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855" w:type="dxa"/>
            <w:vAlign w:val="center"/>
          </w:tcPr>
          <w:p w14:paraId="09B02EB1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08E07103" w14:textId="77777777" w:rsidTr="00AA004C">
        <w:trPr>
          <w:jc w:val="center"/>
        </w:trPr>
        <w:tc>
          <w:tcPr>
            <w:tcW w:w="709" w:type="dxa"/>
            <w:vAlign w:val="center"/>
          </w:tcPr>
          <w:p w14:paraId="4B836772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3</w:t>
            </w:r>
          </w:p>
        </w:tc>
        <w:tc>
          <w:tcPr>
            <w:tcW w:w="3544" w:type="dxa"/>
            <w:vAlign w:val="center"/>
          </w:tcPr>
          <w:p w14:paraId="0B245E01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260" w:type="dxa"/>
            <w:vAlign w:val="center"/>
          </w:tcPr>
          <w:p w14:paraId="0D36FAD2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855" w:type="dxa"/>
            <w:vAlign w:val="center"/>
          </w:tcPr>
          <w:p w14:paraId="11411572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1DCC4132" w14:textId="77777777" w:rsidTr="00AA004C">
        <w:trPr>
          <w:jc w:val="center"/>
        </w:trPr>
        <w:tc>
          <w:tcPr>
            <w:tcW w:w="709" w:type="dxa"/>
            <w:vAlign w:val="center"/>
          </w:tcPr>
          <w:p w14:paraId="255C3537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4</w:t>
            </w:r>
          </w:p>
        </w:tc>
        <w:tc>
          <w:tcPr>
            <w:tcW w:w="3544" w:type="dxa"/>
            <w:vAlign w:val="center"/>
          </w:tcPr>
          <w:p w14:paraId="5D725080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260" w:type="dxa"/>
            <w:vAlign w:val="center"/>
          </w:tcPr>
          <w:p w14:paraId="05873052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855" w:type="dxa"/>
            <w:vAlign w:val="center"/>
          </w:tcPr>
          <w:p w14:paraId="2E5569E5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6CA02CEF" w14:textId="77777777" w:rsidTr="00AA004C">
        <w:trPr>
          <w:jc w:val="center"/>
        </w:trPr>
        <w:tc>
          <w:tcPr>
            <w:tcW w:w="709" w:type="dxa"/>
            <w:vAlign w:val="center"/>
          </w:tcPr>
          <w:p w14:paraId="3FEDEE2F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5</w:t>
            </w:r>
          </w:p>
        </w:tc>
        <w:tc>
          <w:tcPr>
            <w:tcW w:w="3544" w:type="dxa"/>
            <w:vAlign w:val="center"/>
          </w:tcPr>
          <w:p w14:paraId="25D764CE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260" w:type="dxa"/>
            <w:vAlign w:val="center"/>
          </w:tcPr>
          <w:p w14:paraId="5343039C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855" w:type="dxa"/>
            <w:vAlign w:val="center"/>
          </w:tcPr>
          <w:p w14:paraId="4CEE4A2B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57E8BA71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1645775E" w14:textId="77777777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E. Proposiciones y conectores</w:t>
      </w:r>
    </w:p>
    <w:p w14:paraId="0200FD5C" w14:textId="77777777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sz w:val="24"/>
          <w:szCs w:val="24"/>
          <w:lang w:val="es-CO"/>
        </w:rPr>
        <w:t xml:space="preserve">Utilice los conectores estudiados: ¬, </w:t>
      </w:r>
      <w:r w:rsidRPr="00144A71">
        <w:rPr>
          <w:rFonts w:ascii="Cambria Math" w:hAnsi="Cambria Math" w:cs="Cambria Math"/>
          <w:sz w:val="24"/>
          <w:szCs w:val="24"/>
          <w:lang w:val="es-CO"/>
        </w:rPr>
        <w:t>∧</w:t>
      </w:r>
      <w:r w:rsidRPr="00144A71">
        <w:rPr>
          <w:rFonts w:asciiTheme="majorHAnsi" w:hAnsiTheme="majorHAnsi" w:cstheme="majorHAnsi"/>
          <w:sz w:val="24"/>
          <w:szCs w:val="24"/>
          <w:lang w:val="es-CO"/>
        </w:rPr>
        <w:t xml:space="preserve"> y </w:t>
      </w:r>
      <w:r w:rsidRPr="00144A71">
        <w:rPr>
          <w:rFonts w:ascii="Cambria Math" w:hAnsi="Cambria Math" w:cs="Cambria Math"/>
          <w:sz w:val="24"/>
          <w:szCs w:val="24"/>
          <w:lang w:val="es-CO"/>
        </w:rPr>
        <w:t>∨</w:t>
      </w:r>
      <w:r w:rsidRPr="00144A71">
        <w:rPr>
          <w:rFonts w:asciiTheme="majorHAnsi" w:hAnsiTheme="majorHAnsi" w:cstheme="majorHAnsi"/>
          <w:sz w:val="24"/>
          <w:szCs w:val="24"/>
          <w:lang w:val="es-CO"/>
        </w:rPr>
        <w:t>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30"/>
        <w:gridCol w:w="3667"/>
        <w:gridCol w:w="3116"/>
        <w:gridCol w:w="2592"/>
      </w:tblGrid>
      <w:tr w:rsidR="0093657D" w:rsidRPr="00144A71" w14:paraId="7A6DA966" w14:textId="77777777" w:rsidTr="00AA004C">
        <w:trPr>
          <w:jc w:val="center"/>
        </w:trPr>
        <w:tc>
          <w:tcPr>
            <w:tcW w:w="1030" w:type="dxa"/>
            <w:shd w:val="clear" w:color="auto" w:fill="17365D"/>
            <w:vAlign w:val="center"/>
          </w:tcPr>
          <w:p w14:paraId="7B046C57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Símbolo</w:t>
            </w:r>
          </w:p>
        </w:tc>
        <w:tc>
          <w:tcPr>
            <w:tcW w:w="3667" w:type="dxa"/>
            <w:shd w:val="clear" w:color="auto" w:fill="17365D"/>
            <w:vAlign w:val="center"/>
          </w:tcPr>
          <w:p w14:paraId="73BD2F1B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Proposición en lenguaje natural</w:t>
            </w:r>
          </w:p>
        </w:tc>
        <w:tc>
          <w:tcPr>
            <w:tcW w:w="3116" w:type="dxa"/>
            <w:shd w:val="clear" w:color="auto" w:fill="17365D"/>
            <w:vAlign w:val="center"/>
          </w:tcPr>
          <w:p w14:paraId="3BC50623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Expresión / combinación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108932C7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Interpretación</w:t>
            </w:r>
          </w:p>
        </w:tc>
      </w:tr>
      <w:tr w:rsidR="0093657D" w:rsidRPr="00144A71" w14:paraId="383A739D" w14:textId="77777777" w:rsidTr="00AA004C">
        <w:trPr>
          <w:jc w:val="center"/>
        </w:trPr>
        <w:tc>
          <w:tcPr>
            <w:tcW w:w="1030" w:type="dxa"/>
            <w:vAlign w:val="center"/>
          </w:tcPr>
          <w:p w14:paraId="5C08953B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667" w:type="dxa"/>
            <w:vAlign w:val="center"/>
          </w:tcPr>
          <w:p w14:paraId="5051D6EB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6" w:type="dxa"/>
            <w:vAlign w:val="center"/>
          </w:tcPr>
          <w:p w14:paraId="6EAED115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4397F90E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3E26FCD2" w14:textId="77777777" w:rsidTr="00AA004C">
        <w:trPr>
          <w:jc w:val="center"/>
        </w:trPr>
        <w:tc>
          <w:tcPr>
            <w:tcW w:w="1030" w:type="dxa"/>
            <w:vAlign w:val="center"/>
          </w:tcPr>
          <w:p w14:paraId="35722C98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667" w:type="dxa"/>
            <w:vAlign w:val="center"/>
          </w:tcPr>
          <w:p w14:paraId="7825A5E5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6" w:type="dxa"/>
            <w:vAlign w:val="center"/>
          </w:tcPr>
          <w:p w14:paraId="575A4ADC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3DF6BFC0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60401F00" w14:textId="77777777" w:rsidTr="00AA004C">
        <w:trPr>
          <w:jc w:val="center"/>
        </w:trPr>
        <w:tc>
          <w:tcPr>
            <w:tcW w:w="1030" w:type="dxa"/>
            <w:vAlign w:val="center"/>
          </w:tcPr>
          <w:p w14:paraId="78BDD67B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667" w:type="dxa"/>
            <w:vAlign w:val="center"/>
          </w:tcPr>
          <w:p w14:paraId="25DA36DA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6" w:type="dxa"/>
            <w:vAlign w:val="center"/>
          </w:tcPr>
          <w:p w14:paraId="3F7720F0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58376590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124EEA4D" w14:textId="77777777" w:rsidTr="00AA004C">
        <w:trPr>
          <w:jc w:val="center"/>
        </w:trPr>
        <w:tc>
          <w:tcPr>
            <w:tcW w:w="1030" w:type="dxa"/>
            <w:vAlign w:val="center"/>
          </w:tcPr>
          <w:p w14:paraId="16F22D1A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667" w:type="dxa"/>
            <w:vAlign w:val="center"/>
          </w:tcPr>
          <w:p w14:paraId="63B8F9B6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6" w:type="dxa"/>
            <w:vAlign w:val="center"/>
          </w:tcPr>
          <w:p w14:paraId="4A50AEF5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1454BFCD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22D038C1" w14:textId="77777777" w:rsidTr="00AA004C">
        <w:trPr>
          <w:jc w:val="center"/>
        </w:trPr>
        <w:tc>
          <w:tcPr>
            <w:tcW w:w="1030" w:type="dxa"/>
            <w:vAlign w:val="center"/>
          </w:tcPr>
          <w:p w14:paraId="787F42BE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667" w:type="dxa"/>
            <w:vAlign w:val="center"/>
          </w:tcPr>
          <w:p w14:paraId="45306AC2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6" w:type="dxa"/>
            <w:vAlign w:val="center"/>
          </w:tcPr>
          <w:p w14:paraId="6D7C7881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5B27D982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291E0680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7FEC33CA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238BBDAD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42F861E6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4DD09C68" w14:textId="77777777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lastRenderedPageBreak/>
        <w:t>F. Predicados y variables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93657D" w:rsidRPr="00144A71" w14:paraId="605AD403" w14:textId="77777777" w:rsidTr="00AA004C">
        <w:trPr>
          <w:jc w:val="center"/>
        </w:trPr>
        <w:tc>
          <w:tcPr>
            <w:tcW w:w="2592" w:type="dxa"/>
            <w:shd w:val="clear" w:color="auto" w:fill="17365D"/>
            <w:vAlign w:val="center"/>
          </w:tcPr>
          <w:p w14:paraId="570D122E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Predicado / variable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2B7F44BB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Definición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4C7C817D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Ejemplo de uso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5F808428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Interpretación</w:t>
            </w:r>
          </w:p>
        </w:tc>
      </w:tr>
      <w:tr w:rsidR="0093657D" w:rsidRPr="00144A71" w14:paraId="1FD1956A" w14:textId="77777777" w:rsidTr="00AA004C">
        <w:trPr>
          <w:jc w:val="center"/>
        </w:trPr>
        <w:tc>
          <w:tcPr>
            <w:tcW w:w="2592" w:type="dxa"/>
            <w:vAlign w:val="center"/>
          </w:tcPr>
          <w:p w14:paraId="17845CFF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4BF05750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5E526623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1A2530E6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71BCC16D" w14:textId="77777777" w:rsidTr="00AA004C">
        <w:trPr>
          <w:jc w:val="center"/>
        </w:trPr>
        <w:tc>
          <w:tcPr>
            <w:tcW w:w="2592" w:type="dxa"/>
            <w:vAlign w:val="center"/>
          </w:tcPr>
          <w:p w14:paraId="465DBD47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1533285C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66A0038C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23B4FF8E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1D5B4FD4" w14:textId="77777777" w:rsidTr="00AA004C">
        <w:trPr>
          <w:jc w:val="center"/>
        </w:trPr>
        <w:tc>
          <w:tcPr>
            <w:tcW w:w="2592" w:type="dxa"/>
            <w:vAlign w:val="center"/>
          </w:tcPr>
          <w:p w14:paraId="71556071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7361B3FA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06427170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3E0693A7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141682D8" w14:textId="77777777" w:rsidTr="00AA004C">
        <w:trPr>
          <w:jc w:val="center"/>
        </w:trPr>
        <w:tc>
          <w:tcPr>
            <w:tcW w:w="2592" w:type="dxa"/>
            <w:vAlign w:val="center"/>
          </w:tcPr>
          <w:p w14:paraId="5312298B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7AD095CE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2F0FF7A6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129C5FDE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3EA65EFA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0F9673BE" w14:textId="77777777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G. Cuantificadores</w:t>
      </w:r>
    </w:p>
    <w:tbl>
      <w:tblPr>
        <w:tblStyle w:val="Tablaconcuadrcula"/>
        <w:tblW w:w="0" w:type="auto"/>
        <w:tblInd w:w="44" w:type="dxa"/>
        <w:tblLook w:val="04A0" w:firstRow="1" w:lastRow="0" w:firstColumn="1" w:lastColumn="0" w:noHBand="0" w:noVBand="1"/>
      </w:tblPr>
      <w:tblGrid>
        <w:gridCol w:w="64"/>
        <w:gridCol w:w="2484"/>
        <w:gridCol w:w="2592"/>
        <w:gridCol w:w="2592"/>
        <w:gridCol w:w="2550"/>
        <w:gridCol w:w="42"/>
      </w:tblGrid>
      <w:tr w:rsidR="0093657D" w:rsidRPr="00144A71" w14:paraId="30EF5AD5" w14:textId="77777777" w:rsidTr="00AA004C">
        <w:trPr>
          <w:gridBefore w:val="1"/>
          <w:wBefore w:w="64" w:type="dxa"/>
        </w:trPr>
        <w:tc>
          <w:tcPr>
            <w:tcW w:w="10260" w:type="dxa"/>
            <w:gridSpan w:val="5"/>
            <w:shd w:val="clear" w:color="auto" w:fill="EEF4FB"/>
            <w:vAlign w:val="center"/>
          </w:tcPr>
          <w:p w14:paraId="19E2E81D" w14:textId="77777777" w:rsidR="0093657D" w:rsidRPr="00D37675" w:rsidRDefault="0093657D" w:rsidP="00AA004C">
            <w:pPr>
              <w:rPr>
                <w:rFonts w:asciiTheme="majorHAnsi" w:hAnsiTheme="majorHAnsi" w:cstheme="majorHAnsi"/>
                <w:sz w:val="20"/>
                <w:szCs w:val="20"/>
                <w:lang w:val="es-CO"/>
              </w:rPr>
            </w:pPr>
            <w:r w:rsidRPr="00D37675">
              <w:rPr>
                <w:rFonts w:asciiTheme="majorHAnsi" w:hAnsiTheme="majorHAnsi" w:cstheme="majorHAnsi"/>
                <w:color w:val="333333"/>
                <w:sz w:val="20"/>
                <w:szCs w:val="20"/>
                <w:lang w:val="es-CO"/>
              </w:rPr>
              <w:t xml:space="preserve">Los cuantificadores </w:t>
            </w:r>
            <w:r w:rsidRPr="00D37675">
              <w:rPr>
                <w:rFonts w:ascii="Cambria Math" w:hAnsi="Cambria Math" w:cs="Cambria Math"/>
                <w:color w:val="333333"/>
                <w:sz w:val="20"/>
                <w:szCs w:val="20"/>
                <w:lang w:val="es-CO"/>
              </w:rPr>
              <w:t>∀</w:t>
            </w:r>
            <w:r w:rsidRPr="00D37675">
              <w:rPr>
                <w:rFonts w:asciiTheme="majorHAnsi" w:hAnsiTheme="majorHAnsi" w:cstheme="majorHAnsi"/>
                <w:color w:val="333333"/>
                <w:sz w:val="20"/>
                <w:szCs w:val="20"/>
                <w:lang w:val="es-CO"/>
              </w:rPr>
              <w:t xml:space="preserve"> y/o </w:t>
            </w:r>
            <w:r w:rsidRPr="00D37675">
              <w:rPr>
                <w:rFonts w:ascii="Cambria Math" w:hAnsi="Cambria Math" w:cs="Cambria Math"/>
                <w:color w:val="333333"/>
                <w:sz w:val="20"/>
                <w:szCs w:val="20"/>
                <w:lang w:val="es-CO"/>
              </w:rPr>
              <w:t>∃</w:t>
            </w:r>
            <w:r w:rsidRPr="00D37675">
              <w:rPr>
                <w:rFonts w:asciiTheme="majorHAnsi" w:hAnsiTheme="majorHAnsi" w:cstheme="majorHAnsi"/>
                <w:color w:val="333333"/>
                <w:sz w:val="20"/>
                <w:szCs w:val="20"/>
                <w:lang w:val="es-CO"/>
              </w:rPr>
              <w:t xml:space="preserve"> se utilizan cuando la naturaleza de la propiedad lo requiera; no son obligatorios en todas las funcionalidades.</w:t>
            </w:r>
          </w:p>
        </w:tc>
      </w:tr>
      <w:tr w:rsidR="0093657D" w:rsidRPr="00144A71" w14:paraId="0602B846" w14:textId="77777777" w:rsidTr="00AA004C">
        <w:tblPrEx>
          <w:jc w:val="center"/>
          <w:tblInd w:w="0" w:type="dxa"/>
        </w:tblPrEx>
        <w:trPr>
          <w:gridAfter w:val="1"/>
          <w:wAfter w:w="42" w:type="dxa"/>
          <w:jc w:val="center"/>
        </w:trPr>
        <w:tc>
          <w:tcPr>
            <w:tcW w:w="2548" w:type="dxa"/>
            <w:gridSpan w:val="2"/>
            <w:shd w:val="clear" w:color="auto" w:fill="17365D"/>
            <w:vAlign w:val="center"/>
          </w:tcPr>
          <w:p w14:paraId="697C5CFE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Expresión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63085E47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Cuantificador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5315BA1C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Interpretación</w:t>
            </w:r>
          </w:p>
        </w:tc>
        <w:tc>
          <w:tcPr>
            <w:tcW w:w="2550" w:type="dxa"/>
            <w:shd w:val="clear" w:color="auto" w:fill="17365D"/>
            <w:vAlign w:val="center"/>
          </w:tcPr>
          <w:p w14:paraId="0391A8BB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¿Por qué corresponde?</w:t>
            </w:r>
          </w:p>
        </w:tc>
      </w:tr>
      <w:tr w:rsidR="0093657D" w:rsidRPr="00144A71" w14:paraId="11943CA1" w14:textId="77777777" w:rsidTr="00AA004C">
        <w:tblPrEx>
          <w:jc w:val="center"/>
          <w:tblInd w:w="0" w:type="dxa"/>
        </w:tblPrEx>
        <w:trPr>
          <w:gridAfter w:val="1"/>
          <w:wAfter w:w="42" w:type="dxa"/>
          <w:jc w:val="center"/>
        </w:trPr>
        <w:tc>
          <w:tcPr>
            <w:tcW w:w="2548" w:type="dxa"/>
            <w:gridSpan w:val="2"/>
            <w:vAlign w:val="center"/>
          </w:tcPr>
          <w:p w14:paraId="3163FA98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639176A7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5E81D1E9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0" w:type="dxa"/>
            <w:vAlign w:val="center"/>
          </w:tcPr>
          <w:p w14:paraId="355ED167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04CA92CF" w14:textId="77777777" w:rsidTr="00AA004C">
        <w:tblPrEx>
          <w:jc w:val="center"/>
          <w:tblInd w:w="0" w:type="dxa"/>
        </w:tblPrEx>
        <w:trPr>
          <w:gridAfter w:val="1"/>
          <w:wAfter w:w="42" w:type="dxa"/>
          <w:jc w:val="center"/>
        </w:trPr>
        <w:tc>
          <w:tcPr>
            <w:tcW w:w="2548" w:type="dxa"/>
            <w:gridSpan w:val="2"/>
            <w:vAlign w:val="center"/>
          </w:tcPr>
          <w:p w14:paraId="7EE6A8A7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71E10966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61327C46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0" w:type="dxa"/>
            <w:vAlign w:val="center"/>
          </w:tcPr>
          <w:p w14:paraId="68D66AC2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3C5ED96E" w14:textId="77777777" w:rsidTr="00AA004C">
        <w:tblPrEx>
          <w:jc w:val="center"/>
          <w:tblInd w:w="0" w:type="dxa"/>
        </w:tblPrEx>
        <w:trPr>
          <w:gridAfter w:val="1"/>
          <w:wAfter w:w="42" w:type="dxa"/>
          <w:jc w:val="center"/>
        </w:trPr>
        <w:tc>
          <w:tcPr>
            <w:tcW w:w="2548" w:type="dxa"/>
            <w:gridSpan w:val="2"/>
            <w:vAlign w:val="center"/>
          </w:tcPr>
          <w:p w14:paraId="6A6ECC1D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3799683A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13403DEF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0" w:type="dxa"/>
            <w:vAlign w:val="center"/>
          </w:tcPr>
          <w:p w14:paraId="2294AA88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1DC82961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22E82E9B" w14:textId="77777777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H. Formalización e interpretación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93657D" w:rsidRPr="00144A71" w14:paraId="2D1C8368" w14:textId="77777777" w:rsidTr="00AA004C">
        <w:trPr>
          <w:jc w:val="center"/>
        </w:trPr>
        <w:tc>
          <w:tcPr>
            <w:tcW w:w="2592" w:type="dxa"/>
            <w:shd w:val="clear" w:color="auto" w:fill="17365D"/>
            <w:vAlign w:val="center"/>
          </w:tcPr>
          <w:p w14:paraId="4050A4E9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Condición en lenguaje natural</w:t>
            </w:r>
          </w:p>
        </w:tc>
        <w:tc>
          <w:tcPr>
            <w:tcW w:w="2592" w:type="dxa"/>
            <w:shd w:val="clear" w:color="auto" w:fill="17365D" w:themeFill="text2" w:themeFillShade="BF"/>
            <w:vAlign w:val="center"/>
          </w:tcPr>
          <w:p w14:paraId="70D345C0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Proposiciones / predicados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7427BF0C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Expresión formal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33D92992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Interpretación</w:t>
            </w:r>
          </w:p>
        </w:tc>
      </w:tr>
      <w:tr w:rsidR="0093657D" w:rsidRPr="00144A71" w14:paraId="7A67E3DB" w14:textId="77777777" w:rsidTr="00AA004C">
        <w:trPr>
          <w:jc w:val="center"/>
        </w:trPr>
        <w:tc>
          <w:tcPr>
            <w:tcW w:w="2592" w:type="dxa"/>
            <w:vAlign w:val="center"/>
          </w:tcPr>
          <w:p w14:paraId="39E9FD8E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60B10315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01D015F3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26E6AC2C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7EAEE2D4" w14:textId="77777777" w:rsidTr="00AA004C">
        <w:trPr>
          <w:jc w:val="center"/>
        </w:trPr>
        <w:tc>
          <w:tcPr>
            <w:tcW w:w="2592" w:type="dxa"/>
            <w:vAlign w:val="center"/>
          </w:tcPr>
          <w:p w14:paraId="7E9D5186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744D8361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5CB60A43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4EB48714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2EA4D4DF" w14:textId="77777777" w:rsidTr="00AA004C">
        <w:trPr>
          <w:jc w:val="center"/>
        </w:trPr>
        <w:tc>
          <w:tcPr>
            <w:tcW w:w="2592" w:type="dxa"/>
            <w:vAlign w:val="center"/>
          </w:tcPr>
          <w:p w14:paraId="1640D3AF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50058D02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7FFF548C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015B825D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128761B4" w14:textId="77777777" w:rsidTr="00AA004C">
        <w:trPr>
          <w:jc w:val="center"/>
        </w:trPr>
        <w:tc>
          <w:tcPr>
            <w:tcW w:w="2592" w:type="dxa"/>
            <w:vAlign w:val="center"/>
          </w:tcPr>
          <w:p w14:paraId="04873380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51CF753A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1ED10B5A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54AD2C3F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6EBBF0AF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3B0D4F8D" w14:textId="77777777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I. Tabla de verdad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8"/>
        <w:gridCol w:w="2694"/>
        <w:gridCol w:w="175"/>
        <w:gridCol w:w="2234"/>
        <w:gridCol w:w="5049"/>
        <w:gridCol w:w="108"/>
      </w:tblGrid>
      <w:tr w:rsidR="0093657D" w:rsidRPr="00144A71" w14:paraId="739C9837" w14:textId="77777777" w:rsidTr="00AA004C">
        <w:trPr>
          <w:gridBefore w:val="1"/>
          <w:wBefore w:w="108" w:type="dxa"/>
        </w:trPr>
        <w:tc>
          <w:tcPr>
            <w:tcW w:w="2694" w:type="dxa"/>
            <w:shd w:val="clear" w:color="auto" w:fill="17365D"/>
            <w:vAlign w:val="center"/>
          </w:tcPr>
          <w:p w14:paraId="08B1B64F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P</w:t>
            </w:r>
          </w:p>
        </w:tc>
        <w:tc>
          <w:tcPr>
            <w:tcW w:w="2409" w:type="dxa"/>
            <w:gridSpan w:val="2"/>
            <w:shd w:val="clear" w:color="auto" w:fill="17365D"/>
            <w:vAlign w:val="center"/>
          </w:tcPr>
          <w:p w14:paraId="24AB9F43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Q</w:t>
            </w:r>
          </w:p>
        </w:tc>
        <w:tc>
          <w:tcPr>
            <w:tcW w:w="5157" w:type="dxa"/>
            <w:gridSpan w:val="2"/>
            <w:shd w:val="clear" w:color="auto" w:fill="17365D"/>
            <w:vAlign w:val="center"/>
          </w:tcPr>
          <w:p w14:paraId="67098768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Expresión seleccionada</w:t>
            </w:r>
          </w:p>
        </w:tc>
      </w:tr>
      <w:tr w:rsidR="0093657D" w:rsidRPr="00144A71" w14:paraId="2C3D1C27" w14:textId="77777777" w:rsidTr="00AA004C">
        <w:trPr>
          <w:gridBefore w:val="1"/>
          <w:wBefore w:w="108" w:type="dxa"/>
        </w:trPr>
        <w:tc>
          <w:tcPr>
            <w:tcW w:w="2694" w:type="dxa"/>
            <w:vAlign w:val="center"/>
          </w:tcPr>
          <w:p w14:paraId="59886459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V</w:t>
            </w:r>
          </w:p>
        </w:tc>
        <w:tc>
          <w:tcPr>
            <w:tcW w:w="2409" w:type="dxa"/>
            <w:gridSpan w:val="2"/>
            <w:vAlign w:val="center"/>
          </w:tcPr>
          <w:p w14:paraId="607E9999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V</w:t>
            </w:r>
          </w:p>
        </w:tc>
        <w:tc>
          <w:tcPr>
            <w:tcW w:w="5157" w:type="dxa"/>
            <w:gridSpan w:val="2"/>
            <w:vAlign w:val="center"/>
          </w:tcPr>
          <w:p w14:paraId="73D778AB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22E8ACFF" w14:textId="77777777" w:rsidTr="00AA004C">
        <w:trPr>
          <w:gridBefore w:val="1"/>
          <w:wBefore w:w="108" w:type="dxa"/>
        </w:trPr>
        <w:tc>
          <w:tcPr>
            <w:tcW w:w="2694" w:type="dxa"/>
            <w:vAlign w:val="center"/>
          </w:tcPr>
          <w:p w14:paraId="3F6DCA87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V</w:t>
            </w:r>
          </w:p>
        </w:tc>
        <w:tc>
          <w:tcPr>
            <w:tcW w:w="2409" w:type="dxa"/>
            <w:gridSpan w:val="2"/>
            <w:vAlign w:val="center"/>
          </w:tcPr>
          <w:p w14:paraId="71FF6605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F</w:t>
            </w:r>
          </w:p>
        </w:tc>
        <w:tc>
          <w:tcPr>
            <w:tcW w:w="5157" w:type="dxa"/>
            <w:gridSpan w:val="2"/>
            <w:vAlign w:val="center"/>
          </w:tcPr>
          <w:p w14:paraId="6DF9CADF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16778923" w14:textId="77777777" w:rsidTr="00AA004C">
        <w:trPr>
          <w:gridBefore w:val="1"/>
          <w:wBefore w:w="108" w:type="dxa"/>
        </w:trPr>
        <w:tc>
          <w:tcPr>
            <w:tcW w:w="2694" w:type="dxa"/>
            <w:vAlign w:val="center"/>
          </w:tcPr>
          <w:p w14:paraId="53418056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F</w:t>
            </w:r>
          </w:p>
        </w:tc>
        <w:tc>
          <w:tcPr>
            <w:tcW w:w="2409" w:type="dxa"/>
            <w:gridSpan w:val="2"/>
            <w:vAlign w:val="center"/>
          </w:tcPr>
          <w:p w14:paraId="12E54AF2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V</w:t>
            </w:r>
          </w:p>
        </w:tc>
        <w:tc>
          <w:tcPr>
            <w:tcW w:w="5157" w:type="dxa"/>
            <w:gridSpan w:val="2"/>
            <w:vAlign w:val="center"/>
          </w:tcPr>
          <w:p w14:paraId="0178E861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4EF7810D" w14:textId="77777777" w:rsidTr="00AA004C">
        <w:trPr>
          <w:gridBefore w:val="1"/>
          <w:wBefore w:w="108" w:type="dxa"/>
        </w:trPr>
        <w:tc>
          <w:tcPr>
            <w:tcW w:w="2694" w:type="dxa"/>
            <w:vAlign w:val="center"/>
          </w:tcPr>
          <w:p w14:paraId="02D4CA87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F</w:t>
            </w:r>
          </w:p>
        </w:tc>
        <w:tc>
          <w:tcPr>
            <w:tcW w:w="2409" w:type="dxa"/>
            <w:gridSpan w:val="2"/>
            <w:vAlign w:val="center"/>
          </w:tcPr>
          <w:p w14:paraId="386A4E9C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F</w:t>
            </w:r>
          </w:p>
        </w:tc>
        <w:tc>
          <w:tcPr>
            <w:tcW w:w="5157" w:type="dxa"/>
            <w:gridSpan w:val="2"/>
            <w:vAlign w:val="center"/>
          </w:tcPr>
          <w:p w14:paraId="61568349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26FE882B" w14:textId="77777777" w:rsidTr="00AA004C">
        <w:tblPrEx>
          <w:jc w:val="center"/>
        </w:tblPrEx>
        <w:trPr>
          <w:gridAfter w:val="1"/>
          <w:wAfter w:w="108" w:type="dxa"/>
          <w:jc w:val="center"/>
        </w:trPr>
        <w:tc>
          <w:tcPr>
            <w:tcW w:w="2977" w:type="dxa"/>
            <w:gridSpan w:val="3"/>
            <w:shd w:val="clear" w:color="auto" w:fill="DCE6F1"/>
            <w:vAlign w:val="center"/>
          </w:tcPr>
          <w:p w14:paraId="081EC165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Expresión seleccionada</w:t>
            </w:r>
          </w:p>
        </w:tc>
        <w:tc>
          <w:tcPr>
            <w:tcW w:w="7283" w:type="dxa"/>
            <w:gridSpan w:val="2"/>
            <w:vAlign w:val="center"/>
          </w:tcPr>
          <w:p w14:paraId="1EEDE1DC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252BCB91" w14:textId="77777777" w:rsidTr="00AA004C">
        <w:tblPrEx>
          <w:jc w:val="center"/>
        </w:tblPrEx>
        <w:trPr>
          <w:gridAfter w:val="1"/>
          <w:wAfter w:w="108" w:type="dxa"/>
          <w:jc w:val="center"/>
        </w:trPr>
        <w:tc>
          <w:tcPr>
            <w:tcW w:w="2977" w:type="dxa"/>
            <w:gridSpan w:val="3"/>
            <w:shd w:val="clear" w:color="auto" w:fill="DCE6F1"/>
            <w:vAlign w:val="center"/>
          </w:tcPr>
          <w:p w14:paraId="0DBAABE5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Interpretación de la tabla</w:t>
            </w:r>
          </w:p>
        </w:tc>
        <w:tc>
          <w:tcPr>
            <w:tcW w:w="7283" w:type="dxa"/>
            <w:gridSpan w:val="2"/>
            <w:vAlign w:val="center"/>
          </w:tcPr>
          <w:p w14:paraId="4D61349A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1C2D486E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381627ED" w14:textId="3C802C76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1C368D67" w14:textId="73DB566C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408F5B4E" w14:textId="56AE92BB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023FF025" w14:textId="69EC779B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2FB5700B" w14:textId="5E9834B4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102ACE03" w14:textId="552DFCCA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6047B7F5" w14:textId="3A692565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6ECC630A" w14:textId="32005E2F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532A0C1C" w14:textId="0F1F829D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46E27EDA" w14:textId="7A294569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1C58D3A5" w14:textId="16BC1638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48AD1B70" w14:textId="34028143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5F25BE8E" w14:textId="460C37E9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5DC9B5D1" w14:textId="1E50FA67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23A31557" w14:textId="42766EDE" w:rsidR="0093657D" w:rsidRDefault="0093657D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04662B0C" w14:textId="7C45210E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  <w:lastRenderedPageBreak/>
        <w:t>4.</w:t>
      </w:r>
      <w:r w:rsidR="00D26D0E"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  <w:t>3</w:t>
      </w:r>
      <w:r w:rsidRPr="00144A71"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  <w:t xml:space="preserve"> Análisis y especificación — Funcionalidad </w:t>
      </w:r>
      <w:r w:rsidR="00D26D0E"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  <w:t>3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368"/>
      </w:tblGrid>
      <w:tr w:rsidR="0093657D" w:rsidRPr="00144A71" w14:paraId="0CEBA44A" w14:textId="77777777" w:rsidTr="00AA004C">
        <w:tc>
          <w:tcPr>
            <w:tcW w:w="10368" w:type="dxa"/>
            <w:shd w:val="clear" w:color="auto" w:fill="EEF4FB"/>
            <w:vAlign w:val="center"/>
          </w:tcPr>
          <w:p w14:paraId="5E8E1C97" w14:textId="77777777" w:rsidR="0093657D" w:rsidRPr="002120D1" w:rsidRDefault="0093657D" w:rsidP="00AA004C">
            <w:pPr>
              <w:rPr>
                <w:rFonts w:asciiTheme="majorHAnsi" w:hAnsiTheme="majorHAnsi" w:cstheme="majorHAnsi"/>
                <w:sz w:val="20"/>
                <w:szCs w:val="20"/>
                <w:lang w:val="es-CO"/>
              </w:rPr>
            </w:pPr>
            <w:r w:rsidRPr="002120D1">
              <w:rPr>
                <w:rFonts w:asciiTheme="majorHAnsi" w:hAnsiTheme="majorHAnsi" w:cstheme="majorHAnsi"/>
                <w:color w:val="333333"/>
                <w:sz w:val="20"/>
                <w:szCs w:val="20"/>
                <w:lang w:val="es-CO"/>
              </w:rPr>
              <w:t>Complete todas las tablas para esta funcionalidad y conserve la coherencia entre condiciones, calidad y formalización.</w:t>
            </w:r>
          </w:p>
        </w:tc>
      </w:tr>
    </w:tbl>
    <w:p w14:paraId="470A7476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7722BAF1" w14:textId="77777777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A. Descripción de la funcionalidad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93657D" w:rsidRPr="00144A71" w14:paraId="089A89AA" w14:textId="77777777" w:rsidTr="00AA004C">
        <w:trPr>
          <w:jc w:val="center"/>
        </w:trPr>
        <w:tc>
          <w:tcPr>
            <w:tcW w:w="5184" w:type="dxa"/>
            <w:shd w:val="clear" w:color="auto" w:fill="DCE6F1"/>
            <w:vAlign w:val="center"/>
          </w:tcPr>
          <w:p w14:paraId="0A6A94DC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Nombre</w:t>
            </w:r>
          </w:p>
        </w:tc>
        <w:tc>
          <w:tcPr>
            <w:tcW w:w="5184" w:type="dxa"/>
            <w:vAlign w:val="center"/>
          </w:tcPr>
          <w:p w14:paraId="35DD5F37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49F89345" w14:textId="77777777" w:rsidTr="00AA004C">
        <w:trPr>
          <w:jc w:val="center"/>
        </w:trPr>
        <w:tc>
          <w:tcPr>
            <w:tcW w:w="5184" w:type="dxa"/>
            <w:shd w:val="clear" w:color="auto" w:fill="DCE6F1"/>
            <w:vAlign w:val="center"/>
          </w:tcPr>
          <w:p w14:paraId="2B9FF994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Propósito</w:t>
            </w:r>
          </w:p>
        </w:tc>
        <w:tc>
          <w:tcPr>
            <w:tcW w:w="5184" w:type="dxa"/>
            <w:vAlign w:val="center"/>
          </w:tcPr>
          <w:p w14:paraId="33366CCC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4E40E362" w14:textId="77777777" w:rsidTr="00AA004C">
        <w:trPr>
          <w:jc w:val="center"/>
        </w:trPr>
        <w:tc>
          <w:tcPr>
            <w:tcW w:w="5184" w:type="dxa"/>
            <w:shd w:val="clear" w:color="auto" w:fill="DCE6F1"/>
            <w:vAlign w:val="center"/>
          </w:tcPr>
          <w:p w14:paraId="60368AA4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Actor / usuario</w:t>
            </w:r>
          </w:p>
        </w:tc>
        <w:tc>
          <w:tcPr>
            <w:tcW w:w="5184" w:type="dxa"/>
            <w:vAlign w:val="center"/>
          </w:tcPr>
          <w:p w14:paraId="2771A7D8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2070B459" w14:textId="77777777" w:rsidTr="00AA004C">
        <w:trPr>
          <w:jc w:val="center"/>
        </w:trPr>
        <w:tc>
          <w:tcPr>
            <w:tcW w:w="5184" w:type="dxa"/>
            <w:shd w:val="clear" w:color="auto" w:fill="DCE6F1"/>
            <w:vAlign w:val="center"/>
          </w:tcPr>
          <w:p w14:paraId="2A5FFF3E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Entradas principales</w:t>
            </w:r>
          </w:p>
        </w:tc>
        <w:tc>
          <w:tcPr>
            <w:tcW w:w="5184" w:type="dxa"/>
            <w:vAlign w:val="center"/>
          </w:tcPr>
          <w:p w14:paraId="3FCFC2CB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0FF92B1E" w14:textId="77777777" w:rsidTr="00AA004C">
        <w:trPr>
          <w:jc w:val="center"/>
        </w:trPr>
        <w:tc>
          <w:tcPr>
            <w:tcW w:w="5184" w:type="dxa"/>
            <w:shd w:val="clear" w:color="auto" w:fill="DCE6F1"/>
            <w:vAlign w:val="center"/>
          </w:tcPr>
          <w:p w14:paraId="1EC38291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Resultado esperado</w:t>
            </w:r>
          </w:p>
        </w:tc>
        <w:tc>
          <w:tcPr>
            <w:tcW w:w="5184" w:type="dxa"/>
            <w:vAlign w:val="center"/>
          </w:tcPr>
          <w:p w14:paraId="4D74AC0C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64F7E0CF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147846E9" w14:textId="77777777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B. Correctitud, errores y casos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2268"/>
        <w:gridCol w:w="3119"/>
        <w:gridCol w:w="3138"/>
      </w:tblGrid>
      <w:tr w:rsidR="0093657D" w:rsidRPr="00144A71" w14:paraId="75512C15" w14:textId="77777777" w:rsidTr="00AA004C">
        <w:trPr>
          <w:jc w:val="center"/>
        </w:trPr>
        <w:tc>
          <w:tcPr>
            <w:tcW w:w="4111" w:type="dxa"/>
            <w:gridSpan w:val="2"/>
            <w:shd w:val="clear" w:color="auto" w:fill="DCE6F1"/>
            <w:vAlign w:val="center"/>
          </w:tcPr>
          <w:p w14:paraId="654506B9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¿Qué debe hacer correctamente?</w:t>
            </w:r>
          </w:p>
        </w:tc>
        <w:tc>
          <w:tcPr>
            <w:tcW w:w="6257" w:type="dxa"/>
            <w:gridSpan w:val="2"/>
            <w:vAlign w:val="center"/>
          </w:tcPr>
          <w:p w14:paraId="241FDC3F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127E2071" w14:textId="77777777" w:rsidTr="00AA004C">
        <w:trPr>
          <w:jc w:val="center"/>
        </w:trPr>
        <w:tc>
          <w:tcPr>
            <w:tcW w:w="4111" w:type="dxa"/>
            <w:gridSpan w:val="2"/>
            <w:shd w:val="clear" w:color="auto" w:fill="DCE6F1"/>
            <w:vAlign w:val="center"/>
          </w:tcPr>
          <w:p w14:paraId="4615219B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Posible error</w:t>
            </w:r>
          </w:p>
        </w:tc>
        <w:tc>
          <w:tcPr>
            <w:tcW w:w="6257" w:type="dxa"/>
            <w:gridSpan w:val="2"/>
            <w:vAlign w:val="center"/>
          </w:tcPr>
          <w:p w14:paraId="33B71A71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7E57EA79" w14:textId="77777777" w:rsidTr="00AA004C">
        <w:trPr>
          <w:jc w:val="center"/>
        </w:trPr>
        <w:tc>
          <w:tcPr>
            <w:tcW w:w="4111" w:type="dxa"/>
            <w:gridSpan w:val="2"/>
            <w:shd w:val="clear" w:color="auto" w:fill="DCE6F1"/>
            <w:vAlign w:val="center"/>
          </w:tcPr>
          <w:p w14:paraId="0BAF5C28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Posible defecto</w:t>
            </w:r>
          </w:p>
        </w:tc>
        <w:tc>
          <w:tcPr>
            <w:tcW w:w="6257" w:type="dxa"/>
            <w:gridSpan w:val="2"/>
            <w:vAlign w:val="center"/>
          </w:tcPr>
          <w:p w14:paraId="616F1A7C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1ADCD1BB" w14:textId="77777777" w:rsidTr="00AA004C">
        <w:trPr>
          <w:jc w:val="center"/>
        </w:trPr>
        <w:tc>
          <w:tcPr>
            <w:tcW w:w="4111" w:type="dxa"/>
            <w:gridSpan w:val="2"/>
            <w:shd w:val="clear" w:color="auto" w:fill="DCE6F1"/>
            <w:vAlign w:val="center"/>
          </w:tcPr>
          <w:p w14:paraId="0DCB2596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Posible fallo</w:t>
            </w:r>
          </w:p>
        </w:tc>
        <w:tc>
          <w:tcPr>
            <w:tcW w:w="6257" w:type="dxa"/>
            <w:gridSpan w:val="2"/>
            <w:vAlign w:val="center"/>
          </w:tcPr>
          <w:p w14:paraId="456DA842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5996219E" w14:textId="77777777" w:rsidTr="00AA004C">
        <w:trPr>
          <w:jc w:val="center"/>
        </w:trPr>
        <w:tc>
          <w:tcPr>
            <w:tcW w:w="1843" w:type="dxa"/>
            <w:shd w:val="clear" w:color="auto" w:fill="17365D"/>
            <w:vAlign w:val="center"/>
          </w:tcPr>
          <w:p w14:paraId="2466C009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Tipo de caso</w:t>
            </w:r>
          </w:p>
        </w:tc>
        <w:tc>
          <w:tcPr>
            <w:tcW w:w="2268" w:type="dxa"/>
            <w:shd w:val="clear" w:color="auto" w:fill="17365D"/>
            <w:vAlign w:val="center"/>
          </w:tcPr>
          <w:p w14:paraId="14E1EF97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Situación / entrada</w:t>
            </w:r>
          </w:p>
        </w:tc>
        <w:tc>
          <w:tcPr>
            <w:tcW w:w="3119" w:type="dxa"/>
            <w:shd w:val="clear" w:color="auto" w:fill="17365D"/>
            <w:vAlign w:val="center"/>
          </w:tcPr>
          <w:p w14:paraId="3AB130EC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Resultado esperado</w:t>
            </w:r>
          </w:p>
        </w:tc>
        <w:tc>
          <w:tcPr>
            <w:tcW w:w="3138" w:type="dxa"/>
            <w:shd w:val="clear" w:color="auto" w:fill="17365D"/>
            <w:vAlign w:val="center"/>
          </w:tcPr>
          <w:p w14:paraId="3AAEA8FF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¿Qué permite comprobar?</w:t>
            </w:r>
          </w:p>
        </w:tc>
      </w:tr>
      <w:tr w:rsidR="0093657D" w:rsidRPr="00144A71" w14:paraId="1338826E" w14:textId="77777777" w:rsidTr="00AA004C">
        <w:trPr>
          <w:jc w:val="center"/>
        </w:trPr>
        <w:tc>
          <w:tcPr>
            <w:tcW w:w="1843" w:type="dxa"/>
            <w:vAlign w:val="center"/>
          </w:tcPr>
          <w:p w14:paraId="6F948236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s-CO"/>
              </w:rPr>
              <w:t>Normal</w:t>
            </w:r>
          </w:p>
        </w:tc>
        <w:tc>
          <w:tcPr>
            <w:tcW w:w="2268" w:type="dxa"/>
            <w:vAlign w:val="center"/>
          </w:tcPr>
          <w:p w14:paraId="2F544D53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9" w:type="dxa"/>
            <w:vAlign w:val="center"/>
          </w:tcPr>
          <w:p w14:paraId="50273ECB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38" w:type="dxa"/>
            <w:vAlign w:val="center"/>
          </w:tcPr>
          <w:p w14:paraId="0CA0E331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3AADA470" w14:textId="77777777" w:rsidTr="00AA004C">
        <w:trPr>
          <w:jc w:val="center"/>
        </w:trPr>
        <w:tc>
          <w:tcPr>
            <w:tcW w:w="1843" w:type="dxa"/>
            <w:vAlign w:val="center"/>
          </w:tcPr>
          <w:p w14:paraId="79F06F34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s-CO"/>
              </w:rPr>
              <w:t>Límite</w:t>
            </w:r>
          </w:p>
        </w:tc>
        <w:tc>
          <w:tcPr>
            <w:tcW w:w="2268" w:type="dxa"/>
            <w:vAlign w:val="center"/>
          </w:tcPr>
          <w:p w14:paraId="17E71567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9" w:type="dxa"/>
            <w:vAlign w:val="center"/>
          </w:tcPr>
          <w:p w14:paraId="172CDF78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38" w:type="dxa"/>
            <w:vAlign w:val="center"/>
          </w:tcPr>
          <w:p w14:paraId="2F85CA46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171E3DA3" w14:textId="77777777" w:rsidTr="00AA004C">
        <w:trPr>
          <w:jc w:val="center"/>
        </w:trPr>
        <w:tc>
          <w:tcPr>
            <w:tcW w:w="1843" w:type="dxa"/>
            <w:vAlign w:val="center"/>
          </w:tcPr>
          <w:p w14:paraId="328A41B1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s-CO"/>
              </w:rPr>
              <w:t>Inválido</w:t>
            </w:r>
          </w:p>
        </w:tc>
        <w:tc>
          <w:tcPr>
            <w:tcW w:w="2268" w:type="dxa"/>
            <w:vAlign w:val="center"/>
          </w:tcPr>
          <w:p w14:paraId="7D06F771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9" w:type="dxa"/>
            <w:vAlign w:val="center"/>
          </w:tcPr>
          <w:p w14:paraId="0F4FA995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38" w:type="dxa"/>
            <w:vAlign w:val="center"/>
          </w:tcPr>
          <w:p w14:paraId="7E297298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7E2F58F9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79754296" w14:textId="77777777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C. Calidad y construcción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828"/>
        <w:gridCol w:w="6540"/>
      </w:tblGrid>
      <w:tr w:rsidR="0093657D" w:rsidRPr="00144A71" w14:paraId="76F10220" w14:textId="77777777" w:rsidTr="00AA004C">
        <w:trPr>
          <w:jc w:val="center"/>
        </w:trPr>
        <w:tc>
          <w:tcPr>
            <w:tcW w:w="3828" w:type="dxa"/>
            <w:shd w:val="clear" w:color="auto" w:fill="DCE6F1"/>
            <w:vAlign w:val="center"/>
          </w:tcPr>
          <w:p w14:paraId="228877B2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Característica de calidad relevante</w:t>
            </w:r>
          </w:p>
        </w:tc>
        <w:tc>
          <w:tcPr>
            <w:tcW w:w="6540" w:type="dxa"/>
            <w:vAlign w:val="center"/>
          </w:tcPr>
          <w:p w14:paraId="68649D3C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64FCE14A" w14:textId="77777777" w:rsidTr="00AA004C">
        <w:trPr>
          <w:jc w:val="center"/>
        </w:trPr>
        <w:tc>
          <w:tcPr>
            <w:tcW w:w="3828" w:type="dxa"/>
            <w:shd w:val="clear" w:color="auto" w:fill="DCE6F1"/>
            <w:vAlign w:val="center"/>
          </w:tcPr>
          <w:p w14:paraId="16EB8515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¿Por qué es importante?</w:t>
            </w:r>
          </w:p>
        </w:tc>
        <w:tc>
          <w:tcPr>
            <w:tcW w:w="6540" w:type="dxa"/>
            <w:vAlign w:val="center"/>
          </w:tcPr>
          <w:p w14:paraId="645D290E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0868C494" w14:textId="77777777" w:rsidTr="00AA004C">
        <w:trPr>
          <w:jc w:val="center"/>
        </w:trPr>
        <w:tc>
          <w:tcPr>
            <w:tcW w:w="3828" w:type="dxa"/>
            <w:shd w:val="clear" w:color="auto" w:fill="DCE6F1"/>
            <w:vAlign w:val="center"/>
          </w:tcPr>
          <w:p w14:paraId="545BC09A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Confiabilidad</w:t>
            </w:r>
          </w:p>
        </w:tc>
        <w:tc>
          <w:tcPr>
            <w:tcW w:w="6540" w:type="dxa"/>
            <w:vAlign w:val="center"/>
          </w:tcPr>
          <w:p w14:paraId="5EF8C34A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1B3781B3" w14:textId="77777777" w:rsidTr="00AA004C">
        <w:trPr>
          <w:jc w:val="center"/>
        </w:trPr>
        <w:tc>
          <w:tcPr>
            <w:tcW w:w="3828" w:type="dxa"/>
            <w:shd w:val="clear" w:color="auto" w:fill="DCE6F1"/>
            <w:vAlign w:val="center"/>
          </w:tcPr>
          <w:p w14:paraId="364A1B50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Robustez</w:t>
            </w:r>
          </w:p>
        </w:tc>
        <w:tc>
          <w:tcPr>
            <w:tcW w:w="6540" w:type="dxa"/>
            <w:vAlign w:val="center"/>
          </w:tcPr>
          <w:p w14:paraId="540692B8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1E0A52D4" w14:textId="77777777" w:rsidTr="00AA004C">
        <w:trPr>
          <w:jc w:val="center"/>
        </w:trPr>
        <w:tc>
          <w:tcPr>
            <w:tcW w:w="3828" w:type="dxa"/>
            <w:shd w:val="clear" w:color="auto" w:fill="DCE6F1"/>
            <w:vAlign w:val="center"/>
          </w:tcPr>
          <w:p w14:paraId="3B77763C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Mantenibilidad</w:t>
            </w:r>
          </w:p>
        </w:tc>
        <w:tc>
          <w:tcPr>
            <w:tcW w:w="6540" w:type="dxa"/>
            <w:vAlign w:val="center"/>
          </w:tcPr>
          <w:p w14:paraId="70FFBD33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0D1847E4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778AA421" w14:textId="77777777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D. Condiciones y propiedades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3544"/>
        <w:gridCol w:w="3260"/>
        <w:gridCol w:w="2855"/>
      </w:tblGrid>
      <w:tr w:rsidR="0093657D" w:rsidRPr="00144A71" w14:paraId="3DD041E0" w14:textId="77777777" w:rsidTr="00AA004C">
        <w:trPr>
          <w:jc w:val="center"/>
        </w:trPr>
        <w:tc>
          <w:tcPr>
            <w:tcW w:w="709" w:type="dxa"/>
            <w:shd w:val="clear" w:color="auto" w:fill="17365D"/>
            <w:vAlign w:val="center"/>
          </w:tcPr>
          <w:p w14:paraId="1CC78FEF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N.º</w:t>
            </w:r>
          </w:p>
        </w:tc>
        <w:tc>
          <w:tcPr>
            <w:tcW w:w="3544" w:type="dxa"/>
            <w:shd w:val="clear" w:color="auto" w:fill="17365D"/>
            <w:vAlign w:val="center"/>
          </w:tcPr>
          <w:p w14:paraId="2EE986BD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Condición o propiedad</w:t>
            </w:r>
          </w:p>
        </w:tc>
        <w:tc>
          <w:tcPr>
            <w:tcW w:w="3260" w:type="dxa"/>
            <w:shd w:val="clear" w:color="auto" w:fill="17365D"/>
            <w:vAlign w:val="center"/>
          </w:tcPr>
          <w:p w14:paraId="4FE2BC01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¿Por qué es necesaria?</w:t>
            </w:r>
          </w:p>
        </w:tc>
        <w:tc>
          <w:tcPr>
            <w:tcW w:w="2855" w:type="dxa"/>
            <w:shd w:val="clear" w:color="auto" w:fill="17365D"/>
            <w:vAlign w:val="center"/>
          </w:tcPr>
          <w:p w14:paraId="485346CF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Resultado esperado</w:t>
            </w:r>
          </w:p>
        </w:tc>
      </w:tr>
      <w:tr w:rsidR="0093657D" w:rsidRPr="00144A71" w14:paraId="530DAE34" w14:textId="77777777" w:rsidTr="00AA004C">
        <w:trPr>
          <w:jc w:val="center"/>
        </w:trPr>
        <w:tc>
          <w:tcPr>
            <w:tcW w:w="709" w:type="dxa"/>
            <w:vAlign w:val="center"/>
          </w:tcPr>
          <w:p w14:paraId="797BFD92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1</w:t>
            </w:r>
          </w:p>
        </w:tc>
        <w:tc>
          <w:tcPr>
            <w:tcW w:w="3544" w:type="dxa"/>
            <w:vAlign w:val="center"/>
          </w:tcPr>
          <w:p w14:paraId="24BBCA05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260" w:type="dxa"/>
            <w:vAlign w:val="center"/>
          </w:tcPr>
          <w:p w14:paraId="5341DE95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855" w:type="dxa"/>
            <w:vAlign w:val="center"/>
          </w:tcPr>
          <w:p w14:paraId="2104DFE2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03409407" w14:textId="77777777" w:rsidTr="00AA004C">
        <w:trPr>
          <w:jc w:val="center"/>
        </w:trPr>
        <w:tc>
          <w:tcPr>
            <w:tcW w:w="709" w:type="dxa"/>
            <w:vAlign w:val="center"/>
          </w:tcPr>
          <w:p w14:paraId="4EE0D735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2</w:t>
            </w:r>
          </w:p>
        </w:tc>
        <w:tc>
          <w:tcPr>
            <w:tcW w:w="3544" w:type="dxa"/>
            <w:vAlign w:val="center"/>
          </w:tcPr>
          <w:p w14:paraId="22ACEFB0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260" w:type="dxa"/>
            <w:vAlign w:val="center"/>
          </w:tcPr>
          <w:p w14:paraId="5F73E7D6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855" w:type="dxa"/>
            <w:vAlign w:val="center"/>
          </w:tcPr>
          <w:p w14:paraId="7C91DFB8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72279C12" w14:textId="77777777" w:rsidTr="00AA004C">
        <w:trPr>
          <w:jc w:val="center"/>
        </w:trPr>
        <w:tc>
          <w:tcPr>
            <w:tcW w:w="709" w:type="dxa"/>
            <w:vAlign w:val="center"/>
          </w:tcPr>
          <w:p w14:paraId="5F7B7F85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3</w:t>
            </w:r>
          </w:p>
        </w:tc>
        <w:tc>
          <w:tcPr>
            <w:tcW w:w="3544" w:type="dxa"/>
            <w:vAlign w:val="center"/>
          </w:tcPr>
          <w:p w14:paraId="1FD80D41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260" w:type="dxa"/>
            <w:vAlign w:val="center"/>
          </w:tcPr>
          <w:p w14:paraId="3E812B5D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855" w:type="dxa"/>
            <w:vAlign w:val="center"/>
          </w:tcPr>
          <w:p w14:paraId="7C6963D3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0BE49ED2" w14:textId="77777777" w:rsidTr="00AA004C">
        <w:trPr>
          <w:jc w:val="center"/>
        </w:trPr>
        <w:tc>
          <w:tcPr>
            <w:tcW w:w="709" w:type="dxa"/>
            <w:vAlign w:val="center"/>
          </w:tcPr>
          <w:p w14:paraId="749B59A5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4</w:t>
            </w:r>
          </w:p>
        </w:tc>
        <w:tc>
          <w:tcPr>
            <w:tcW w:w="3544" w:type="dxa"/>
            <w:vAlign w:val="center"/>
          </w:tcPr>
          <w:p w14:paraId="06CAF991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260" w:type="dxa"/>
            <w:vAlign w:val="center"/>
          </w:tcPr>
          <w:p w14:paraId="33D4F56F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855" w:type="dxa"/>
            <w:vAlign w:val="center"/>
          </w:tcPr>
          <w:p w14:paraId="0BD8814A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29F0A9EB" w14:textId="77777777" w:rsidTr="00AA004C">
        <w:trPr>
          <w:jc w:val="center"/>
        </w:trPr>
        <w:tc>
          <w:tcPr>
            <w:tcW w:w="709" w:type="dxa"/>
            <w:vAlign w:val="center"/>
          </w:tcPr>
          <w:p w14:paraId="5CAD94D6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5</w:t>
            </w:r>
          </w:p>
        </w:tc>
        <w:tc>
          <w:tcPr>
            <w:tcW w:w="3544" w:type="dxa"/>
            <w:vAlign w:val="center"/>
          </w:tcPr>
          <w:p w14:paraId="0A33B894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260" w:type="dxa"/>
            <w:vAlign w:val="center"/>
          </w:tcPr>
          <w:p w14:paraId="7D3CA947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855" w:type="dxa"/>
            <w:vAlign w:val="center"/>
          </w:tcPr>
          <w:p w14:paraId="1B370CBF" w14:textId="77777777" w:rsidR="0093657D" w:rsidRPr="002120D1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10B36E7F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4EA2B49C" w14:textId="77777777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E. Proposiciones y conectores</w:t>
      </w:r>
    </w:p>
    <w:p w14:paraId="52F7A088" w14:textId="77777777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sz w:val="24"/>
          <w:szCs w:val="24"/>
          <w:lang w:val="es-CO"/>
        </w:rPr>
        <w:t xml:space="preserve">Utilice los conectores estudiados: ¬, </w:t>
      </w:r>
      <w:r w:rsidRPr="00144A71">
        <w:rPr>
          <w:rFonts w:ascii="Cambria Math" w:hAnsi="Cambria Math" w:cs="Cambria Math"/>
          <w:sz w:val="24"/>
          <w:szCs w:val="24"/>
          <w:lang w:val="es-CO"/>
        </w:rPr>
        <w:t>∧</w:t>
      </w:r>
      <w:r w:rsidRPr="00144A71">
        <w:rPr>
          <w:rFonts w:asciiTheme="majorHAnsi" w:hAnsiTheme="majorHAnsi" w:cstheme="majorHAnsi"/>
          <w:sz w:val="24"/>
          <w:szCs w:val="24"/>
          <w:lang w:val="es-CO"/>
        </w:rPr>
        <w:t xml:space="preserve"> y </w:t>
      </w:r>
      <w:r w:rsidRPr="00144A71">
        <w:rPr>
          <w:rFonts w:ascii="Cambria Math" w:hAnsi="Cambria Math" w:cs="Cambria Math"/>
          <w:sz w:val="24"/>
          <w:szCs w:val="24"/>
          <w:lang w:val="es-CO"/>
        </w:rPr>
        <w:t>∨</w:t>
      </w:r>
      <w:r w:rsidRPr="00144A71">
        <w:rPr>
          <w:rFonts w:asciiTheme="majorHAnsi" w:hAnsiTheme="majorHAnsi" w:cstheme="majorHAnsi"/>
          <w:sz w:val="24"/>
          <w:szCs w:val="24"/>
          <w:lang w:val="es-CO"/>
        </w:rPr>
        <w:t>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30"/>
        <w:gridCol w:w="3667"/>
        <w:gridCol w:w="3116"/>
        <w:gridCol w:w="2592"/>
      </w:tblGrid>
      <w:tr w:rsidR="0093657D" w:rsidRPr="00144A71" w14:paraId="298CC2F9" w14:textId="77777777" w:rsidTr="00AA004C">
        <w:trPr>
          <w:jc w:val="center"/>
        </w:trPr>
        <w:tc>
          <w:tcPr>
            <w:tcW w:w="1030" w:type="dxa"/>
            <w:shd w:val="clear" w:color="auto" w:fill="17365D"/>
            <w:vAlign w:val="center"/>
          </w:tcPr>
          <w:p w14:paraId="00D675C6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Símbolo</w:t>
            </w:r>
          </w:p>
        </w:tc>
        <w:tc>
          <w:tcPr>
            <w:tcW w:w="3667" w:type="dxa"/>
            <w:shd w:val="clear" w:color="auto" w:fill="17365D"/>
            <w:vAlign w:val="center"/>
          </w:tcPr>
          <w:p w14:paraId="3E70E3C7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Proposición en lenguaje natural</w:t>
            </w:r>
          </w:p>
        </w:tc>
        <w:tc>
          <w:tcPr>
            <w:tcW w:w="3116" w:type="dxa"/>
            <w:shd w:val="clear" w:color="auto" w:fill="17365D"/>
            <w:vAlign w:val="center"/>
          </w:tcPr>
          <w:p w14:paraId="0BDF21A3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Expresión / combinación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0A1A2F14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Interpretación</w:t>
            </w:r>
          </w:p>
        </w:tc>
      </w:tr>
      <w:tr w:rsidR="0093657D" w:rsidRPr="00144A71" w14:paraId="6442E25D" w14:textId="77777777" w:rsidTr="00AA004C">
        <w:trPr>
          <w:jc w:val="center"/>
        </w:trPr>
        <w:tc>
          <w:tcPr>
            <w:tcW w:w="1030" w:type="dxa"/>
            <w:vAlign w:val="center"/>
          </w:tcPr>
          <w:p w14:paraId="1820807C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667" w:type="dxa"/>
            <w:vAlign w:val="center"/>
          </w:tcPr>
          <w:p w14:paraId="31EDC71A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6" w:type="dxa"/>
            <w:vAlign w:val="center"/>
          </w:tcPr>
          <w:p w14:paraId="09FBF0D0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2152102A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05BE4C6F" w14:textId="77777777" w:rsidTr="00AA004C">
        <w:trPr>
          <w:jc w:val="center"/>
        </w:trPr>
        <w:tc>
          <w:tcPr>
            <w:tcW w:w="1030" w:type="dxa"/>
            <w:vAlign w:val="center"/>
          </w:tcPr>
          <w:p w14:paraId="74F2F215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667" w:type="dxa"/>
            <w:vAlign w:val="center"/>
          </w:tcPr>
          <w:p w14:paraId="273E09D7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6" w:type="dxa"/>
            <w:vAlign w:val="center"/>
          </w:tcPr>
          <w:p w14:paraId="120C3A7A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7A2C04BA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7A2425D8" w14:textId="77777777" w:rsidTr="00AA004C">
        <w:trPr>
          <w:jc w:val="center"/>
        </w:trPr>
        <w:tc>
          <w:tcPr>
            <w:tcW w:w="1030" w:type="dxa"/>
            <w:vAlign w:val="center"/>
          </w:tcPr>
          <w:p w14:paraId="7086F159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667" w:type="dxa"/>
            <w:vAlign w:val="center"/>
          </w:tcPr>
          <w:p w14:paraId="03E5D7ED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6" w:type="dxa"/>
            <w:vAlign w:val="center"/>
          </w:tcPr>
          <w:p w14:paraId="2399447D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49E53B63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4AFC52EC" w14:textId="77777777" w:rsidTr="00AA004C">
        <w:trPr>
          <w:jc w:val="center"/>
        </w:trPr>
        <w:tc>
          <w:tcPr>
            <w:tcW w:w="1030" w:type="dxa"/>
            <w:vAlign w:val="center"/>
          </w:tcPr>
          <w:p w14:paraId="57CCCA5A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667" w:type="dxa"/>
            <w:vAlign w:val="center"/>
          </w:tcPr>
          <w:p w14:paraId="667BB456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6" w:type="dxa"/>
            <w:vAlign w:val="center"/>
          </w:tcPr>
          <w:p w14:paraId="32C238AF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60056B90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2FDF05C7" w14:textId="77777777" w:rsidTr="00AA004C">
        <w:trPr>
          <w:jc w:val="center"/>
        </w:trPr>
        <w:tc>
          <w:tcPr>
            <w:tcW w:w="1030" w:type="dxa"/>
            <w:vAlign w:val="center"/>
          </w:tcPr>
          <w:p w14:paraId="4D05F8E2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667" w:type="dxa"/>
            <w:vAlign w:val="center"/>
          </w:tcPr>
          <w:p w14:paraId="7929C513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116" w:type="dxa"/>
            <w:vAlign w:val="center"/>
          </w:tcPr>
          <w:p w14:paraId="527A54F9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3A1AC407" w14:textId="77777777" w:rsidR="0093657D" w:rsidRPr="0047749F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19ED76D7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45F4DDE3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5DF127C0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078EEC3C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11097A77" w14:textId="77777777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lastRenderedPageBreak/>
        <w:t>F. Predicados y variables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93657D" w:rsidRPr="00144A71" w14:paraId="61378657" w14:textId="77777777" w:rsidTr="00AA004C">
        <w:trPr>
          <w:jc w:val="center"/>
        </w:trPr>
        <w:tc>
          <w:tcPr>
            <w:tcW w:w="2592" w:type="dxa"/>
            <w:shd w:val="clear" w:color="auto" w:fill="17365D"/>
            <w:vAlign w:val="center"/>
          </w:tcPr>
          <w:p w14:paraId="33ABD157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Predicado / variable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618AD397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Definición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25E431A8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Ejemplo de uso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3E51BFCA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Interpretación</w:t>
            </w:r>
          </w:p>
        </w:tc>
      </w:tr>
      <w:tr w:rsidR="0093657D" w:rsidRPr="00144A71" w14:paraId="2B17BFA1" w14:textId="77777777" w:rsidTr="00AA004C">
        <w:trPr>
          <w:jc w:val="center"/>
        </w:trPr>
        <w:tc>
          <w:tcPr>
            <w:tcW w:w="2592" w:type="dxa"/>
            <w:vAlign w:val="center"/>
          </w:tcPr>
          <w:p w14:paraId="2A29AF45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1C35A09E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505F89DD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7C38D386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7084C5EB" w14:textId="77777777" w:rsidTr="00AA004C">
        <w:trPr>
          <w:jc w:val="center"/>
        </w:trPr>
        <w:tc>
          <w:tcPr>
            <w:tcW w:w="2592" w:type="dxa"/>
            <w:vAlign w:val="center"/>
          </w:tcPr>
          <w:p w14:paraId="491F5862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528E79B9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3EE08B0B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474300DC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78CFCF0D" w14:textId="77777777" w:rsidTr="00AA004C">
        <w:trPr>
          <w:jc w:val="center"/>
        </w:trPr>
        <w:tc>
          <w:tcPr>
            <w:tcW w:w="2592" w:type="dxa"/>
            <w:vAlign w:val="center"/>
          </w:tcPr>
          <w:p w14:paraId="30A9CBF2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7D01DB40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4B452C5F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37C417BF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4EC64E5C" w14:textId="77777777" w:rsidTr="00AA004C">
        <w:trPr>
          <w:jc w:val="center"/>
        </w:trPr>
        <w:tc>
          <w:tcPr>
            <w:tcW w:w="2592" w:type="dxa"/>
            <w:vAlign w:val="center"/>
          </w:tcPr>
          <w:p w14:paraId="57472FAA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60FC7608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5048F29D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1990457B" w14:textId="77777777" w:rsidR="0093657D" w:rsidRPr="00257FF8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28B8EE9F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59A72360" w14:textId="77777777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G. Cuantificadores</w:t>
      </w:r>
    </w:p>
    <w:tbl>
      <w:tblPr>
        <w:tblStyle w:val="Tablaconcuadrcula"/>
        <w:tblW w:w="0" w:type="auto"/>
        <w:tblInd w:w="44" w:type="dxa"/>
        <w:tblLook w:val="04A0" w:firstRow="1" w:lastRow="0" w:firstColumn="1" w:lastColumn="0" w:noHBand="0" w:noVBand="1"/>
      </w:tblPr>
      <w:tblGrid>
        <w:gridCol w:w="64"/>
        <w:gridCol w:w="2484"/>
        <w:gridCol w:w="2592"/>
        <w:gridCol w:w="2592"/>
        <w:gridCol w:w="2550"/>
        <w:gridCol w:w="42"/>
      </w:tblGrid>
      <w:tr w:rsidR="0093657D" w:rsidRPr="00144A71" w14:paraId="666AF51D" w14:textId="77777777" w:rsidTr="00AA004C">
        <w:trPr>
          <w:gridBefore w:val="1"/>
          <w:wBefore w:w="64" w:type="dxa"/>
        </w:trPr>
        <w:tc>
          <w:tcPr>
            <w:tcW w:w="10260" w:type="dxa"/>
            <w:gridSpan w:val="5"/>
            <w:shd w:val="clear" w:color="auto" w:fill="EEF4FB"/>
            <w:vAlign w:val="center"/>
          </w:tcPr>
          <w:p w14:paraId="7C04FD00" w14:textId="77777777" w:rsidR="0093657D" w:rsidRPr="00D37675" w:rsidRDefault="0093657D" w:rsidP="00AA004C">
            <w:pPr>
              <w:rPr>
                <w:rFonts w:asciiTheme="majorHAnsi" w:hAnsiTheme="majorHAnsi" w:cstheme="majorHAnsi"/>
                <w:sz w:val="20"/>
                <w:szCs w:val="20"/>
                <w:lang w:val="es-CO"/>
              </w:rPr>
            </w:pPr>
            <w:r w:rsidRPr="00D37675">
              <w:rPr>
                <w:rFonts w:asciiTheme="majorHAnsi" w:hAnsiTheme="majorHAnsi" w:cstheme="majorHAnsi"/>
                <w:color w:val="333333"/>
                <w:sz w:val="20"/>
                <w:szCs w:val="20"/>
                <w:lang w:val="es-CO"/>
              </w:rPr>
              <w:t xml:space="preserve">Los cuantificadores </w:t>
            </w:r>
            <w:r w:rsidRPr="00D37675">
              <w:rPr>
                <w:rFonts w:ascii="Cambria Math" w:hAnsi="Cambria Math" w:cs="Cambria Math"/>
                <w:color w:val="333333"/>
                <w:sz w:val="20"/>
                <w:szCs w:val="20"/>
                <w:lang w:val="es-CO"/>
              </w:rPr>
              <w:t>∀</w:t>
            </w:r>
            <w:r w:rsidRPr="00D37675">
              <w:rPr>
                <w:rFonts w:asciiTheme="majorHAnsi" w:hAnsiTheme="majorHAnsi" w:cstheme="majorHAnsi"/>
                <w:color w:val="333333"/>
                <w:sz w:val="20"/>
                <w:szCs w:val="20"/>
                <w:lang w:val="es-CO"/>
              </w:rPr>
              <w:t xml:space="preserve"> y/o </w:t>
            </w:r>
            <w:r w:rsidRPr="00D37675">
              <w:rPr>
                <w:rFonts w:ascii="Cambria Math" w:hAnsi="Cambria Math" w:cs="Cambria Math"/>
                <w:color w:val="333333"/>
                <w:sz w:val="20"/>
                <w:szCs w:val="20"/>
                <w:lang w:val="es-CO"/>
              </w:rPr>
              <w:t>∃</w:t>
            </w:r>
            <w:r w:rsidRPr="00D37675">
              <w:rPr>
                <w:rFonts w:asciiTheme="majorHAnsi" w:hAnsiTheme="majorHAnsi" w:cstheme="majorHAnsi"/>
                <w:color w:val="333333"/>
                <w:sz w:val="20"/>
                <w:szCs w:val="20"/>
                <w:lang w:val="es-CO"/>
              </w:rPr>
              <w:t xml:space="preserve"> se utilizan cuando la naturaleza de la propiedad lo requiera; no son obligatorios en todas las funcionalidades.</w:t>
            </w:r>
          </w:p>
        </w:tc>
      </w:tr>
      <w:tr w:rsidR="0093657D" w:rsidRPr="00144A71" w14:paraId="6BB54701" w14:textId="77777777" w:rsidTr="00AA004C">
        <w:tblPrEx>
          <w:jc w:val="center"/>
          <w:tblInd w:w="0" w:type="dxa"/>
        </w:tblPrEx>
        <w:trPr>
          <w:gridAfter w:val="1"/>
          <w:wAfter w:w="42" w:type="dxa"/>
          <w:jc w:val="center"/>
        </w:trPr>
        <w:tc>
          <w:tcPr>
            <w:tcW w:w="2548" w:type="dxa"/>
            <w:gridSpan w:val="2"/>
            <w:shd w:val="clear" w:color="auto" w:fill="17365D"/>
            <w:vAlign w:val="center"/>
          </w:tcPr>
          <w:p w14:paraId="304A4D27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Expresión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2D7E8F0F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Cuantificador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6B430DA2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Interpretación</w:t>
            </w:r>
          </w:p>
        </w:tc>
        <w:tc>
          <w:tcPr>
            <w:tcW w:w="2550" w:type="dxa"/>
            <w:shd w:val="clear" w:color="auto" w:fill="17365D"/>
            <w:vAlign w:val="center"/>
          </w:tcPr>
          <w:p w14:paraId="066F023B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¿Por qué corresponde?</w:t>
            </w:r>
          </w:p>
        </w:tc>
      </w:tr>
      <w:tr w:rsidR="0093657D" w:rsidRPr="00144A71" w14:paraId="23EDCE80" w14:textId="77777777" w:rsidTr="00AA004C">
        <w:tblPrEx>
          <w:jc w:val="center"/>
          <w:tblInd w:w="0" w:type="dxa"/>
        </w:tblPrEx>
        <w:trPr>
          <w:gridAfter w:val="1"/>
          <w:wAfter w:w="42" w:type="dxa"/>
          <w:jc w:val="center"/>
        </w:trPr>
        <w:tc>
          <w:tcPr>
            <w:tcW w:w="2548" w:type="dxa"/>
            <w:gridSpan w:val="2"/>
            <w:vAlign w:val="center"/>
          </w:tcPr>
          <w:p w14:paraId="2471ECB3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419241E7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22F72192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0" w:type="dxa"/>
            <w:vAlign w:val="center"/>
          </w:tcPr>
          <w:p w14:paraId="7DCFB208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6AA214F3" w14:textId="77777777" w:rsidTr="00AA004C">
        <w:tblPrEx>
          <w:jc w:val="center"/>
          <w:tblInd w:w="0" w:type="dxa"/>
        </w:tblPrEx>
        <w:trPr>
          <w:gridAfter w:val="1"/>
          <w:wAfter w:w="42" w:type="dxa"/>
          <w:jc w:val="center"/>
        </w:trPr>
        <w:tc>
          <w:tcPr>
            <w:tcW w:w="2548" w:type="dxa"/>
            <w:gridSpan w:val="2"/>
            <w:vAlign w:val="center"/>
          </w:tcPr>
          <w:p w14:paraId="7517C60F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2C162B2E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698355C1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0" w:type="dxa"/>
            <w:vAlign w:val="center"/>
          </w:tcPr>
          <w:p w14:paraId="6E7DC958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6F57F47C" w14:textId="77777777" w:rsidTr="00AA004C">
        <w:tblPrEx>
          <w:jc w:val="center"/>
          <w:tblInd w:w="0" w:type="dxa"/>
        </w:tblPrEx>
        <w:trPr>
          <w:gridAfter w:val="1"/>
          <w:wAfter w:w="42" w:type="dxa"/>
          <w:jc w:val="center"/>
        </w:trPr>
        <w:tc>
          <w:tcPr>
            <w:tcW w:w="2548" w:type="dxa"/>
            <w:gridSpan w:val="2"/>
            <w:vAlign w:val="center"/>
          </w:tcPr>
          <w:p w14:paraId="670AA257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1E02CB4F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6C3E5829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0" w:type="dxa"/>
            <w:vAlign w:val="center"/>
          </w:tcPr>
          <w:p w14:paraId="2EC8FB28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1C4B39C7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0CF43D2B" w14:textId="77777777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H. Formalización e interpretación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93657D" w:rsidRPr="00144A71" w14:paraId="3A4D6677" w14:textId="77777777" w:rsidTr="00AA004C">
        <w:trPr>
          <w:jc w:val="center"/>
        </w:trPr>
        <w:tc>
          <w:tcPr>
            <w:tcW w:w="2592" w:type="dxa"/>
            <w:shd w:val="clear" w:color="auto" w:fill="17365D"/>
            <w:vAlign w:val="center"/>
          </w:tcPr>
          <w:p w14:paraId="10DB651A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Condición en lenguaje natural</w:t>
            </w:r>
          </w:p>
        </w:tc>
        <w:tc>
          <w:tcPr>
            <w:tcW w:w="2592" w:type="dxa"/>
            <w:shd w:val="clear" w:color="auto" w:fill="17365D" w:themeFill="text2" w:themeFillShade="BF"/>
            <w:vAlign w:val="center"/>
          </w:tcPr>
          <w:p w14:paraId="4BC25F0D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Proposiciones / predicados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7AC54FEF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Expresión formal</w:t>
            </w:r>
          </w:p>
        </w:tc>
        <w:tc>
          <w:tcPr>
            <w:tcW w:w="2592" w:type="dxa"/>
            <w:shd w:val="clear" w:color="auto" w:fill="17365D"/>
            <w:vAlign w:val="center"/>
          </w:tcPr>
          <w:p w14:paraId="7E987856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Interpretación</w:t>
            </w:r>
          </w:p>
        </w:tc>
      </w:tr>
      <w:tr w:rsidR="0093657D" w:rsidRPr="00144A71" w14:paraId="6E029F1B" w14:textId="77777777" w:rsidTr="00AA004C">
        <w:trPr>
          <w:jc w:val="center"/>
        </w:trPr>
        <w:tc>
          <w:tcPr>
            <w:tcW w:w="2592" w:type="dxa"/>
            <w:vAlign w:val="center"/>
          </w:tcPr>
          <w:p w14:paraId="4660BA5F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07DAB1DF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6BE665F1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00E1B5A8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4A293E77" w14:textId="77777777" w:rsidTr="00AA004C">
        <w:trPr>
          <w:jc w:val="center"/>
        </w:trPr>
        <w:tc>
          <w:tcPr>
            <w:tcW w:w="2592" w:type="dxa"/>
            <w:vAlign w:val="center"/>
          </w:tcPr>
          <w:p w14:paraId="759ECE09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685324FB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58BE98CF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22F91F0F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5AC2787E" w14:textId="77777777" w:rsidTr="00AA004C">
        <w:trPr>
          <w:jc w:val="center"/>
        </w:trPr>
        <w:tc>
          <w:tcPr>
            <w:tcW w:w="2592" w:type="dxa"/>
            <w:vAlign w:val="center"/>
          </w:tcPr>
          <w:p w14:paraId="2B4E4807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752E047D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016F2859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206B9867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7B90CE4B" w14:textId="77777777" w:rsidTr="00AA004C">
        <w:trPr>
          <w:jc w:val="center"/>
        </w:trPr>
        <w:tc>
          <w:tcPr>
            <w:tcW w:w="2592" w:type="dxa"/>
            <w:vAlign w:val="center"/>
          </w:tcPr>
          <w:p w14:paraId="71954D47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07C29AAD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4FB49851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92" w:type="dxa"/>
            <w:vAlign w:val="center"/>
          </w:tcPr>
          <w:p w14:paraId="5E44417A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7D46FF70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</w:pPr>
    </w:p>
    <w:p w14:paraId="27C276FB" w14:textId="77777777" w:rsidR="0093657D" w:rsidRPr="00144A71" w:rsidRDefault="0093657D" w:rsidP="0093657D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Theme="majorHAnsi" w:hAnsiTheme="majorHAnsi" w:cstheme="majorHAnsi"/>
          <w:b/>
          <w:color w:val="5B3FA6"/>
          <w:sz w:val="24"/>
          <w:szCs w:val="24"/>
          <w:lang w:val="es-CO"/>
        </w:rPr>
        <w:t>I. Tabla de verdad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8"/>
        <w:gridCol w:w="2694"/>
        <w:gridCol w:w="175"/>
        <w:gridCol w:w="2234"/>
        <w:gridCol w:w="5181"/>
        <w:gridCol w:w="64"/>
      </w:tblGrid>
      <w:tr w:rsidR="0093657D" w:rsidRPr="00144A71" w14:paraId="763FF2A6" w14:textId="77777777" w:rsidTr="003E1ED7">
        <w:trPr>
          <w:gridBefore w:val="1"/>
          <w:wBefore w:w="108" w:type="dxa"/>
        </w:trPr>
        <w:tc>
          <w:tcPr>
            <w:tcW w:w="2694" w:type="dxa"/>
            <w:shd w:val="clear" w:color="auto" w:fill="17365D"/>
            <w:vAlign w:val="center"/>
          </w:tcPr>
          <w:p w14:paraId="6A5B486F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P</w:t>
            </w:r>
          </w:p>
        </w:tc>
        <w:tc>
          <w:tcPr>
            <w:tcW w:w="2409" w:type="dxa"/>
            <w:gridSpan w:val="2"/>
            <w:shd w:val="clear" w:color="auto" w:fill="17365D"/>
            <w:vAlign w:val="center"/>
          </w:tcPr>
          <w:p w14:paraId="4AF6AE94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Q</w:t>
            </w:r>
          </w:p>
        </w:tc>
        <w:tc>
          <w:tcPr>
            <w:tcW w:w="5245" w:type="dxa"/>
            <w:gridSpan w:val="2"/>
            <w:shd w:val="clear" w:color="auto" w:fill="17365D"/>
            <w:vAlign w:val="center"/>
          </w:tcPr>
          <w:p w14:paraId="74943EF3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Expresión seleccionada</w:t>
            </w:r>
          </w:p>
        </w:tc>
      </w:tr>
      <w:tr w:rsidR="0093657D" w:rsidRPr="00144A71" w14:paraId="67A7EFB5" w14:textId="77777777" w:rsidTr="003E1ED7">
        <w:trPr>
          <w:gridBefore w:val="1"/>
          <w:wBefore w:w="108" w:type="dxa"/>
        </w:trPr>
        <w:tc>
          <w:tcPr>
            <w:tcW w:w="2694" w:type="dxa"/>
            <w:vAlign w:val="center"/>
          </w:tcPr>
          <w:p w14:paraId="0E4CCC9C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V</w:t>
            </w:r>
          </w:p>
        </w:tc>
        <w:tc>
          <w:tcPr>
            <w:tcW w:w="2409" w:type="dxa"/>
            <w:gridSpan w:val="2"/>
            <w:vAlign w:val="center"/>
          </w:tcPr>
          <w:p w14:paraId="33522B5A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V</w:t>
            </w:r>
          </w:p>
        </w:tc>
        <w:tc>
          <w:tcPr>
            <w:tcW w:w="5245" w:type="dxa"/>
            <w:gridSpan w:val="2"/>
            <w:vAlign w:val="center"/>
          </w:tcPr>
          <w:p w14:paraId="7255FBC0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7FD2E245" w14:textId="77777777" w:rsidTr="003E1ED7">
        <w:trPr>
          <w:gridBefore w:val="1"/>
          <w:wBefore w:w="108" w:type="dxa"/>
        </w:trPr>
        <w:tc>
          <w:tcPr>
            <w:tcW w:w="2694" w:type="dxa"/>
            <w:vAlign w:val="center"/>
          </w:tcPr>
          <w:p w14:paraId="30A3CF71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V</w:t>
            </w:r>
          </w:p>
        </w:tc>
        <w:tc>
          <w:tcPr>
            <w:tcW w:w="2409" w:type="dxa"/>
            <w:gridSpan w:val="2"/>
            <w:vAlign w:val="center"/>
          </w:tcPr>
          <w:p w14:paraId="1759EFFB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F</w:t>
            </w:r>
          </w:p>
        </w:tc>
        <w:tc>
          <w:tcPr>
            <w:tcW w:w="5245" w:type="dxa"/>
            <w:gridSpan w:val="2"/>
            <w:vAlign w:val="center"/>
          </w:tcPr>
          <w:p w14:paraId="7058200F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20B59340" w14:textId="77777777" w:rsidTr="003E1ED7">
        <w:trPr>
          <w:gridBefore w:val="1"/>
          <w:wBefore w:w="108" w:type="dxa"/>
        </w:trPr>
        <w:tc>
          <w:tcPr>
            <w:tcW w:w="2694" w:type="dxa"/>
            <w:vAlign w:val="center"/>
          </w:tcPr>
          <w:p w14:paraId="583F76F6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F</w:t>
            </w:r>
          </w:p>
        </w:tc>
        <w:tc>
          <w:tcPr>
            <w:tcW w:w="2409" w:type="dxa"/>
            <w:gridSpan w:val="2"/>
            <w:vAlign w:val="center"/>
          </w:tcPr>
          <w:p w14:paraId="15C3ABFD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V</w:t>
            </w:r>
          </w:p>
        </w:tc>
        <w:tc>
          <w:tcPr>
            <w:tcW w:w="5245" w:type="dxa"/>
            <w:gridSpan w:val="2"/>
            <w:vAlign w:val="center"/>
          </w:tcPr>
          <w:p w14:paraId="0EA9BC9D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1E57B940" w14:textId="77777777" w:rsidTr="003E1ED7">
        <w:trPr>
          <w:gridBefore w:val="1"/>
          <w:wBefore w:w="108" w:type="dxa"/>
        </w:trPr>
        <w:tc>
          <w:tcPr>
            <w:tcW w:w="2694" w:type="dxa"/>
            <w:vAlign w:val="center"/>
          </w:tcPr>
          <w:p w14:paraId="70DECB46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F</w:t>
            </w:r>
          </w:p>
        </w:tc>
        <w:tc>
          <w:tcPr>
            <w:tcW w:w="2409" w:type="dxa"/>
            <w:gridSpan w:val="2"/>
            <w:vAlign w:val="center"/>
          </w:tcPr>
          <w:p w14:paraId="2E293225" w14:textId="77777777" w:rsidR="0093657D" w:rsidRPr="00144A71" w:rsidRDefault="0093657D" w:rsidP="00AA00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333333"/>
                <w:sz w:val="24"/>
                <w:szCs w:val="24"/>
                <w:lang w:val="es-CO"/>
              </w:rPr>
              <w:t>F</w:t>
            </w:r>
          </w:p>
        </w:tc>
        <w:tc>
          <w:tcPr>
            <w:tcW w:w="5245" w:type="dxa"/>
            <w:gridSpan w:val="2"/>
            <w:vAlign w:val="center"/>
          </w:tcPr>
          <w:p w14:paraId="7D7576B3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056D233C" w14:textId="77777777" w:rsidTr="00674E8E">
        <w:tblPrEx>
          <w:jc w:val="center"/>
        </w:tblPrEx>
        <w:trPr>
          <w:gridAfter w:val="1"/>
          <w:wAfter w:w="64" w:type="dxa"/>
          <w:jc w:val="center"/>
        </w:trPr>
        <w:tc>
          <w:tcPr>
            <w:tcW w:w="2977" w:type="dxa"/>
            <w:gridSpan w:val="3"/>
            <w:shd w:val="clear" w:color="auto" w:fill="DCE6F1"/>
            <w:vAlign w:val="center"/>
          </w:tcPr>
          <w:p w14:paraId="266A886B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Expresión seleccionada</w:t>
            </w:r>
          </w:p>
        </w:tc>
        <w:tc>
          <w:tcPr>
            <w:tcW w:w="7415" w:type="dxa"/>
            <w:gridSpan w:val="2"/>
            <w:vAlign w:val="center"/>
          </w:tcPr>
          <w:p w14:paraId="6000453D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3657D" w:rsidRPr="00144A71" w14:paraId="7C831D58" w14:textId="77777777" w:rsidTr="00674E8E">
        <w:tblPrEx>
          <w:jc w:val="center"/>
        </w:tblPrEx>
        <w:trPr>
          <w:gridAfter w:val="1"/>
          <w:wAfter w:w="64" w:type="dxa"/>
          <w:jc w:val="center"/>
        </w:trPr>
        <w:tc>
          <w:tcPr>
            <w:tcW w:w="2977" w:type="dxa"/>
            <w:gridSpan w:val="3"/>
            <w:shd w:val="clear" w:color="auto" w:fill="DCE6F1"/>
            <w:vAlign w:val="center"/>
          </w:tcPr>
          <w:p w14:paraId="46ED61C1" w14:textId="77777777" w:rsidR="0093657D" w:rsidRPr="00144A71" w:rsidRDefault="0093657D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Interpretación de la tabla</w:t>
            </w:r>
          </w:p>
        </w:tc>
        <w:tc>
          <w:tcPr>
            <w:tcW w:w="7415" w:type="dxa"/>
            <w:gridSpan w:val="2"/>
            <w:vAlign w:val="center"/>
          </w:tcPr>
          <w:p w14:paraId="1BCC025B" w14:textId="77777777" w:rsidR="0093657D" w:rsidRPr="00D37675" w:rsidRDefault="0093657D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4D09B354" w14:textId="77777777" w:rsidR="0093657D" w:rsidRDefault="0093657D" w:rsidP="0093657D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57BA243F" w14:textId="77777777" w:rsidR="00AE0AEA" w:rsidRDefault="00AE0AEA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6A795CEE" w14:textId="77777777" w:rsidR="00AE0AEA" w:rsidRDefault="00AE0AEA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09A19C51" w14:textId="77777777" w:rsidR="00AE0AEA" w:rsidRDefault="00AE0AEA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6525BF51" w14:textId="77777777" w:rsidR="00AE0AEA" w:rsidRDefault="00AE0AEA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7292A00B" w14:textId="77777777" w:rsidR="00AE0AEA" w:rsidRDefault="00AE0AEA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319AE0A7" w14:textId="77777777" w:rsidR="00AE0AEA" w:rsidRDefault="00AE0AEA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020E020A" w14:textId="77777777" w:rsidR="00AE0AEA" w:rsidRDefault="00AE0AEA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7D115F2C" w14:textId="77777777" w:rsidR="00AE0AEA" w:rsidRDefault="00AE0AEA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3DCB71BE" w14:textId="77777777" w:rsidR="00AE0AEA" w:rsidRDefault="00AE0AEA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1DF63BF5" w14:textId="77777777" w:rsidR="00AE0AEA" w:rsidRDefault="00AE0AEA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26EE72A4" w14:textId="77777777" w:rsidR="00AE0AEA" w:rsidRDefault="00AE0AEA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2DBB2743" w14:textId="77777777" w:rsidR="00AE0AEA" w:rsidRDefault="00AE0AEA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03471CEA" w14:textId="77777777" w:rsidR="00AE0AEA" w:rsidRDefault="00AE0AEA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0A4908C2" w14:textId="77777777" w:rsidR="00AE0AEA" w:rsidRDefault="00AE0AEA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22C71C38" w14:textId="77777777" w:rsidR="00AE0AEA" w:rsidRDefault="00AE0AEA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4172BC01" w14:textId="2EE1AD6E" w:rsidR="00033C28" w:rsidRPr="00144A71" w:rsidRDefault="00AE0AEA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  <w:lastRenderedPageBreak/>
        <w:t>5</w:t>
      </w:r>
      <w:r w:rsidR="000F084F" w:rsidRPr="00144A71"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  <w:t>. Integración y coherencia de la entrega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8"/>
        <w:gridCol w:w="3348"/>
        <w:gridCol w:w="3456"/>
        <w:gridCol w:w="3392"/>
        <w:gridCol w:w="64"/>
      </w:tblGrid>
      <w:tr w:rsidR="00033C28" w:rsidRPr="00144A71" w14:paraId="3872DB47" w14:textId="77777777" w:rsidTr="00707F73">
        <w:trPr>
          <w:gridBefore w:val="1"/>
          <w:wBefore w:w="108" w:type="dxa"/>
        </w:trPr>
        <w:tc>
          <w:tcPr>
            <w:tcW w:w="10260" w:type="dxa"/>
            <w:gridSpan w:val="4"/>
            <w:shd w:val="clear" w:color="auto" w:fill="EEF4FB"/>
            <w:vAlign w:val="center"/>
          </w:tcPr>
          <w:p w14:paraId="69A34AA0" w14:textId="77777777" w:rsidR="00033C28" w:rsidRPr="00707F73" w:rsidRDefault="000F084F" w:rsidP="00144A71">
            <w:pPr>
              <w:rPr>
                <w:rFonts w:asciiTheme="majorHAnsi" w:hAnsiTheme="majorHAnsi" w:cstheme="majorHAnsi"/>
                <w:sz w:val="20"/>
                <w:szCs w:val="20"/>
                <w:lang w:val="es-CO"/>
              </w:rPr>
            </w:pPr>
            <w:r w:rsidRPr="00707F73">
              <w:rPr>
                <w:rFonts w:asciiTheme="majorHAnsi" w:hAnsiTheme="majorHAnsi" w:cstheme="majorHAnsi"/>
                <w:color w:val="333333"/>
                <w:sz w:val="20"/>
                <w:szCs w:val="20"/>
                <w:lang w:val="es-CO"/>
              </w:rPr>
              <w:t>Antes de exportar a PDF, verifique que exista coherencia entre cada funcionalidad, sus condiciones, el análisis de calidad y las expresiones formales.</w:t>
            </w:r>
          </w:p>
        </w:tc>
      </w:tr>
      <w:tr w:rsidR="00033C28" w:rsidRPr="00144A71" w14:paraId="24743443" w14:textId="77777777" w:rsidTr="00707F73">
        <w:tblPrEx>
          <w:jc w:val="center"/>
        </w:tblPrEx>
        <w:trPr>
          <w:gridAfter w:val="1"/>
          <w:wAfter w:w="64" w:type="dxa"/>
          <w:jc w:val="center"/>
        </w:trPr>
        <w:tc>
          <w:tcPr>
            <w:tcW w:w="3456" w:type="dxa"/>
            <w:gridSpan w:val="2"/>
            <w:shd w:val="clear" w:color="auto" w:fill="17365D"/>
            <w:vAlign w:val="center"/>
          </w:tcPr>
          <w:p w14:paraId="29531600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Aspecto de revisión</w:t>
            </w:r>
          </w:p>
        </w:tc>
        <w:tc>
          <w:tcPr>
            <w:tcW w:w="3456" w:type="dxa"/>
            <w:shd w:val="clear" w:color="auto" w:fill="17365D"/>
            <w:vAlign w:val="center"/>
          </w:tcPr>
          <w:p w14:paraId="737FC45B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Sí / No</w:t>
            </w:r>
          </w:p>
        </w:tc>
        <w:tc>
          <w:tcPr>
            <w:tcW w:w="3392" w:type="dxa"/>
            <w:shd w:val="clear" w:color="auto" w:fill="17365D"/>
            <w:vAlign w:val="center"/>
          </w:tcPr>
          <w:p w14:paraId="079CC668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es-CO"/>
              </w:rPr>
              <w:t>Observación o ajuste realizado</w:t>
            </w:r>
          </w:p>
        </w:tc>
      </w:tr>
      <w:tr w:rsidR="00033C28" w:rsidRPr="00144A71" w14:paraId="558F52D2" w14:textId="77777777" w:rsidTr="00707F73">
        <w:tblPrEx>
          <w:jc w:val="center"/>
        </w:tblPrEx>
        <w:trPr>
          <w:gridAfter w:val="1"/>
          <w:wAfter w:w="64" w:type="dxa"/>
          <w:jc w:val="center"/>
        </w:trPr>
        <w:tc>
          <w:tcPr>
            <w:tcW w:w="3456" w:type="dxa"/>
            <w:gridSpan w:val="2"/>
            <w:vAlign w:val="center"/>
          </w:tcPr>
          <w:p w14:paraId="1905B5D3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222222"/>
                <w:sz w:val="24"/>
                <w:szCs w:val="24"/>
                <w:lang w:val="es-CO"/>
              </w:rPr>
              <w:t>Las tres funcionalidades están claramente identificadas.</w:t>
            </w:r>
          </w:p>
        </w:tc>
        <w:tc>
          <w:tcPr>
            <w:tcW w:w="3456" w:type="dxa"/>
            <w:vAlign w:val="center"/>
          </w:tcPr>
          <w:p w14:paraId="0B1D1E12" w14:textId="5D38D3B5" w:rsidR="00033C28" w:rsidRPr="00707F73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392" w:type="dxa"/>
            <w:vAlign w:val="center"/>
          </w:tcPr>
          <w:p w14:paraId="771757C7" w14:textId="5C630161" w:rsidR="00033C28" w:rsidRPr="00707F73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52815CF6" w14:textId="77777777" w:rsidTr="00707F73">
        <w:tblPrEx>
          <w:jc w:val="center"/>
        </w:tblPrEx>
        <w:trPr>
          <w:gridAfter w:val="1"/>
          <w:wAfter w:w="64" w:type="dxa"/>
          <w:jc w:val="center"/>
        </w:trPr>
        <w:tc>
          <w:tcPr>
            <w:tcW w:w="3456" w:type="dxa"/>
            <w:gridSpan w:val="2"/>
            <w:vAlign w:val="center"/>
          </w:tcPr>
          <w:p w14:paraId="766920EC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222222"/>
                <w:sz w:val="24"/>
                <w:szCs w:val="24"/>
                <w:lang w:val="es-CO"/>
              </w:rPr>
              <w:t>Cada funcionalidad tiene correctitud y casos normal, límite e inválido.</w:t>
            </w:r>
          </w:p>
        </w:tc>
        <w:tc>
          <w:tcPr>
            <w:tcW w:w="3456" w:type="dxa"/>
            <w:vAlign w:val="center"/>
          </w:tcPr>
          <w:p w14:paraId="3A20E762" w14:textId="7C2E7FED" w:rsidR="00033C28" w:rsidRPr="00707F73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392" w:type="dxa"/>
            <w:vAlign w:val="center"/>
          </w:tcPr>
          <w:p w14:paraId="1B5978F0" w14:textId="681EAF0D" w:rsidR="00033C28" w:rsidRPr="00707F73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2E756C01" w14:textId="77777777" w:rsidTr="00707F73">
        <w:tblPrEx>
          <w:jc w:val="center"/>
        </w:tblPrEx>
        <w:trPr>
          <w:gridAfter w:val="1"/>
          <w:wAfter w:w="64" w:type="dxa"/>
          <w:jc w:val="center"/>
        </w:trPr>
        <w:tc>
          <w:tcPr>
            <w:tcW w:w="3456" w:type="dxa"/>
            <w:gridSpan w:val="2"/>
            <w:vAlign w:val="center"/>
          </w:tcPr>
          <w:p w14:paraId="47D83809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222222"/>
                <w:sz w:val="24"/>
                <w:szCs w:val="24"/>
                <w:lang w:val="es-CO"/>
              </w:rPr>
              <w:t>La característica de calidad se relaciona con la funcionalidad.</w:t>
            </w:r>
          </w:p>
        </w:tc>
        <w:tc>
          <w:tcPr>
            <w:tcW w:w="3456" w:type="dxa"/>
            <w:vAlign w:val="center"/>
          </w:tcPr>
          <w:p w14:paraId="4CEA95F9" w14:textId="460D95DA" w:rsidR="00033C28" w:rsidRPr="00707F73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392" w:type="dxa"/>
            <w:vAlign w:val="center"/>
          </w:tcPr>
          <w:p w14:paraId="5E885017" w14:textId="1EEEB11E" w:rsidR="00033C28" w:rsidRPr="00707F73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0C0E3461" w14:textId="77777777" w:rsidTr="00707F73">
        <w:tblPrEx>
          <w:jc w:val="center"/>
        </w:tblPrEx>
        <w:trPr>
          <w:gridAfter w:val="1"/>
          <w:wAfter w:w="64" w:type="dxa"/>
          <w:jc w:val="center"/>
        </w:trPr>
        <w:tc>
          <w:tcPr>
            <w:tcW w:w="3456" w:type="dxa"/>
            <w:gridSpan w:val="2"/>
            <w:vAlign w:val="center"/>
          </w:tcPr>
          <w:p w14:paraId="69BD408C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222222"/>
                <w:sz w:val="24"/>
                <w:szCs w:val="24"/>
                <w:lang w:val="es-CO"/>
              </w:rPr>
              <w:t>Las expresiones lógicas corresponden a las condiciones descritas.</w:t>
            </w:r>
          </w:p>
        </w:tc>
        <w:tc>
          <w:tcPr>
            <w:tcW w:w="3456" w:type="dxa"/>
            <w:vAlign w:val="center"/>
          </w:tcPr>
          <w:p w14:paraId="1C622110" w14:textId="709B8672" w:rsidR="00033C28" w:rsidRPr="00707F73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392" w:type="dxa"/>
            <w:vAlign w:val="center"/>
          </w:tcPr>
          <w:p w14:paraId="7B9B335B" w14:textId="123AB0C1" w:rsidR="00033C28" w:rsidRPr="00707F73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622FF79D" w14:textId="77777777" w:rsidTr="00707F73">
        <w:tblPrEx>
          <w:jc w:val="center"/>
        </w:tblPrEx>
        <w:trPr>
          <w:gridAfter w:val="1"/>
          <w:wAfter w:w="64" w:type="dxa"/>
          <w:jc w:val="center"/>
        </w:trPr>
        <w:tc>
          <w:tcPr>
            <w:tcW w:w="3456" w:type="dxa"/>
            <w:gridSpan w:val="2"/>
            <w:vAlign w:val="center"/>
          </w:tcPr>
          <w:p w14:paraId="17FC2CB5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222222"/>
                <w:sz w:val="24"/>
                <w:szCs w:val="24"/>
                <w:lang w:val="es-CO"/>
              </w:rPr>
              <w:t>Las expresiones formales tienen interpretación en lenguaje natural.</w:t>
            </w:r>
          </w:p>
        </w:tc>
        <w:tc>
          <w:tcPr>
            <w:tcW w:w="3456" w:type="dxa"/>
            <w:vAlign w:val="center"/>
          </w:tcPr>
          <w:p w14:paraId="404BC976" w14:textId="20154EC6" w:rsidR="00033C28" w:rsidRPr="00707F73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392" w:type="dxa"/>
            <w:vAlign w:val="center"/>
          </w:tcPr>
          <w:p w14:paraId="367C8610" w14:textId="1981B54F" w:rsidR="00033C28" w:rsidRPr="00707F73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033C28" w:rsidRPr="00144A71" w14:paraId="3403691D" w14:textId="77777777" w:rsidTr="00707F73">
        <w:tblPrEx>
          <w:jc w:val="center"/>
        </w:tblPrEx>
        <w:trPr>
          <w:gridAfter w:val="1"/>
          <w:wAfter w:w="64" w:type="dxa"/>
          <w:jc w:val="center"/>
        </w:trPr>
        <w:tc>
          <w:tcPr>
            <w:tcW w:w="3456" w:type="dxa"/>
            <w:gridSpan w:val="2"/>
            <w:vAlign w:val="center"/>
          </w:tcPr>
          <w:p w14:paraId="653B4023" w14:textId="77777777" w:rsidR="00033C28" w:rsidRPr="00144A71" w:rsidRDefault="000F084F" w:rsidP="00144A71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color w:val="222222"/>
                <w:sz w:val="24"/>
                <w:szCs w:val="24"/>
                <w:lang w:val="es-CO"/>
              </w:rPr>
              <w:t>La tabla de verdad corresponde a la expresión seleccionada.</w:t>
            </w:r>
          </w:p>
        </w:tc>
        <w:tc>
          <w:tcPr>
            <w:tcW w:w="3456" w:type="dxa"/>
            <w:vAlign w:val="center"/>
          </w:tcPr>
          <w:p w14:paraId="2D187374" w14:textId="63D3A6F5" w:rsidR="00033C28" w:rsidRPr="00707F73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392" w:type="dxa"/>
            <w:vAlign w:val="center"/>
          </w:tcPr>
          <w:p w14:paraId="1E1202D5" w14:textId="6C7BC8CF" w:rsidR="00033C28" w:rsidRPr="00707F73" w:rsidRDefault="00033C28" w:rsidP="00144A7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4979EC5B" w14:textId="77777777" w:rsidR="00707F73" w:rsidRDefault="00707F73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01E45F2C" w14:textId="49820FF2" w:rsidR="00033C28" w:rsidRPr="00144A71" w:rsidRDefault="00AE0AEA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  <w:t>6</w:t>
      </w:r>
      <w:r w:rsidR="000F084F" w:rsidRPr="00144A71"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  <w:t>. Lista de verificación para la entrega</w:t>
      </w:r>
    </w:p>
    <w:p w14:paraId="3123C219" w14:textId="77777777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144A71">
        <w:rPr>
          <w:rFonts w:asciiTheme="majorHAnsi" w:hAnsiTheme="majorHAnsi" w:cstheme="majorHAnsi"/>
          <w:sz w:val="24"/>
          <w:szCs w:val="24"/>
          <w:lang w:val="es-CO"/>
        </w:rPr>
        <w:t xml:space="preserve"> Nombre del proyecto e integrantes completos.</w:t>
      </w:r>
    </w:p>
    <w:p w14:paraId="43DA0BE1" w14:textId="77777777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144A71">
        <w:rPr>
          <w:rFonts w:asciiTheme="majorHAnsi" w:hAnsiTheme="majorHAnsi" w:cstheme="majorHAnsi"/>
          <w:sz w:val="24"/>
          <w:szCs w:val="24"/>
          <w:lang w:val="es-CO"/>
        </w:rPr>
        <w:t xml:space="preserve"> Tres funcionalidades seleccionadas.</w:t>
      </w:r>
    </w:p>
    <w:p w14:paraId="1F069C91" w14:textId="77777777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144A71">
        <w:rPr>
          <w:rFonts w:asciiTheme="majorHAnsi" w:hAnsiTheme="majorHAnsi" w:cstheme="majorHAnsi"/>
          <w:sz w:val="24"/>
          <w:szCs w:val="24"/>
          <w:lang w:val="es-CO"/>
        </w:rPr>
        <w:t xml:space="preserve"> Correctitud, error/defecto/fallo y casos normal, límite e inválido.</w:t>
      </w:r>
    </w:p>
    <w:p w14:paraId="5BB13ABE" w14:textId="77777777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144A71">
        <w:rPr>
          <w:rFonts w:asciiTheme="majorHAnsi" w:hAnsiTheme="majorHAnsi" w:cstheme="majorHAnsi"/>
          <w:sz w:val="24"/>
          <w:szCs w:val="24"/>
          <w:lang w:val="es-CO"/>
        </w:rPr>
        <w:t xml:space="preserve"> Característica de calidad y consideraciones de confiabilidad, robustez o mantenibilidad.</w:t>
      </w:r>
    </w:p>
    <w:p w14:paraId="39278395" w14:textId="77777777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144A71">
        <w:rPr>
          <w:rFonts w:asciiTheme="majorHAnsi" w:hAnsiTheme="majorHAnsi" w:cstheme="majorHAnsi"/>
          <w:sz w:val="24"/>
          <w:szCs w:val="24"/>
          <w:lang w:val="es-CO"/>
        </w:rPr>
        <w:t xml:space="preserve"> Condiciones y propiedades.</w:t>
      </w:r>
    </w:p>
    <w:p w14:paraId="3BEFCEEF" w14:textId="77777777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144A71">
        <w:rPr>
          <w:rFonts w:asciiTheme="majorHAnsi" w:hAnsiTheme="majorHAnsi" w:cstheme="majorHAnsi"/>
          <w:sz w:val="24"/>
          <w:szCs w:val="24"/>
          <w:lang w:val="es-CO"/>
        </w:rPr>
        <w:t xml:space="preserve"> Proposiciones y conectores ¬, </w:t>
      </w:r>
      <w:r w:rsidRPr="00144A71">
        <w:rPr>
          <w:rFonts w:ascii="Cambria Math" w:hAnsi="Cambria Math" w:cs="Cambria Math"/>
          <w:sz w:val="24"/>
          <w:szCs w:val="24"/>
          <w:lang w:val="es-CO"/>
        </w:rPr>
        <w:t>∧</w:t>
      </w:r>
      <w:r w:rsidRPr="00144A71">
        <w:rPr>
          <w:rFonts w:asciiTheme="majorHAnsi" w:hAnsiTheme="majorHAnsi" w:cstheme="majorHAnsi"/>
          <w:sz w:val="24"/>
          <w:szCs w:val="24"/>
          <w:lang w:val="es-CO"/>
        </w:rPr>
        <w:t xml:space="preserve"> y </w:t>
      </w:r>
      <w:r w:rsidRPr="00144A71">
        <w:rPr>
          <w:rFonts w:ascii="Cambria Math" w:hAnsi="Cambria Math" w:cs="Cambria Math"/>
          <w:sz w:val="24"/>
          <w:szCs w:val="24"/>
          <w:lang w:val="es-CO"/>
        </w:rPr>
        <w:t>∨</w:t>
      </w:r>
      <w:r w:rsidRPr="00144A71">
        <w:rPr>
          <w:rFonts w:asciiTheme="majorHAnsi" w:hAnsiTheme="majorHAnsi" w:cstheme="majorHAnsi"/>
          <w:sz w:val="24"/>
          <w:szCs w:val="24"/>
          <w:lang w:val="es-CO"/>
        </w:rPr>
        <w:t>.</w:t>
      </w:r>
    </w:p>
    <w:p w14:paraId="79E27E90" w14:textId="77777777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144A71">
        <w:rPr>
          <w:rFonts w:asciiTheme="majorHAnsi" w:hAnsiTheme="majorHAnsi" w:cstheme="majorHAnsi"/>
          <w:sz w:val="24"/>
          <w:szCs w:val="24"/>
          <w:lang w:val="es-CO"/>
        </w:rPr>
        <w:t xml:space="preserve"> Predicados y variables cuando correspondan.</w:t>
      </w:r>
    </w:p>
    <w:p w14:paraId="011E4F0E" w14:textId="77777777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144A71">
        <w:rPr>
          <w:rFonts w:asciiTheme="majorHAnsi" w:hAnsiTheme="majorHAnsi" w:cstheme="majorHAnsi"/>
          <w:sz w:val="24"/>
          <w:szCs w:val="24"/>
          <w:lang w:val="es-CO"/>
        </w:rPr>
        <w:t xml:space="preserve"> Cuantificadores cuando correspondan.</w:t>
      </w:r>
    </w:p>
    <w:p w14:paraId="02CB7F91" w14:textId="77777777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144A71">
        <w:rPr>
          <w:rFonts w:asciiTheme="majorHAnsi" w:hAnsiTheme="majorHAnsi" w:cstheme="majorHAnsi"/>
          <w:sz w:val="24"/>
          <w:szCs w:val="24"/>
          <w:lang w:val="es-CO"/>
        </w:rPr>
        <w:t xml:space="preserve"> Formalización e interpretación.</w:t>
      </w:r>
    </w:p>
    <w:p w14:paraId="53E988FC" w14:textId="77777777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144A71">
        <w:rPr>
          <w:rFonts w:asciiTheme="majorHAnsi" w:hAnsiTheme="majorHAnsi" w:cstheme="majorHAnsi"/>
          <w:sz w:val="24"/>
          <w:szCs w:val="24"/>
          <w:lang w:val="es-CO"/>
        </w:rPr>
        <w:t xml:space="preserve"> Una tabla de verdad con dos proposiciones.</w:t>
      </w:r>
    </w:p>
    <w:p w14:paraId="41391070" w14:textId="77777777" w:rsidR="00033C28" w:rsidRPr="00144A71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144A71">
        <w:rPr>
          <w:rFonts w:asciiTheme="majorHAnsi" w:hAnsiTheme="majorHAnsi" w:cstheme="majorHAnsi"/>
          <w:sz w:val="24"/>
          <w:szCs w:val="24"/>
          <w:lang w:val="es-CO"/>
        </w:rPr>
        <w:t xml:space="preserve"> Documento revisado, ordenado y coherente.</w:t>
      </w:r>
    </w:p>
    <w:p w14:paraId="45385E98" w14:textId="1DAA9B52" w:rsidR="00033C28" w:rsidRDefault="000F084F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 w:rsidRPr="00144A71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144A71">
        <w:rPr>
          <w:rFonts w:asciiTheme="majorHAnsi" w:hAnsiTheme="majorHAnsi" w:cstheme="majorHAnsi"/>
          <w:sz w:val="24"/>
          <w:szCs w:val="24"/>
          <w:lang w:val="es-CO"/>
        </w:rPr>
        <w:t xml:space="preserve"> Exportado a un único PDF para cargar en el AVA.</w:t>
      </w:r>
    </w:p>
    <w:p w14:paraId="35155B8D" w14:textId="0F6603FF" w:rsidR="00AE0AEA" w:rsidRDefault="00AE0AEA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</w:p>
    <w:p w14:paraId="3008C24B" w14:textId="1074730C" w:rsidR="00AE0AEA" w:rsidRPr="00144A71" w:rsidRDefault="00AE0AEA" w:rsidP="00AE0AEA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  <w:r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  <w:t>7</w:t>
      </w:r>
      <w:r w:rsidRPr="00144A71"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  <w:t>. Información de entrega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E0AEA" w:rsidRPr="00144A71" w14:paraId="0CBBDA66" w14:textId="77777777" w:rsidTr="00AA004C">
        <w:trPr>
          <w:jc w:val="center"/>
        </w:trPr>
        <w:tc>
          <w:tcPr>
            <w:tcW w:w="5184" w:type="dxa"/>
            <w:shd w:val="clear" w:color="auto" w:fill="DCE6F1"/>
            <w:vAlign w:val="center"/>
          </w:tcPr>
          <w:p w14:paraId="5B128D7D" w14:textId="77777777" w:rsidR="00AE0AEA" w:rsidRPr="00144A71" w:rsidRDefault="00AE0AEA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Fecha máxima</w:t>
            </w:r>
          </w:p>
        </w:tc>
        <w:tc>
          <w:tcPr>
            <w:tcW w:w="5184" w:type="dxa"/>
            <w:vAlign w:val="center"/>
          </w:tcPr>
          <w:p w14:paraId="71CAD0DE" w14:textId="77777777" w:rsidR="00AE0AEA" w:rsidRPr="00707F73" w:rsidRDefault="00AE0AEA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707F73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1 de octubre de 2026 – hasta las 9:00 a. m.</w:t>
            </w:r>
          </w:p>
        </w:tc>
      </w:tr>
      <w:tr w:rsidR="00AE0AEA" w:rsidRPr="00144A71" w14:paraId="5E264CC0" w14:textId="77777777" w:rsidTr="00AA004C">
        <w:trPr>
          <w:jc w:val="center"/>
        </w:trPr>
        <w:tc>
          <w:tcPr>
            <w:tcW w:w="5184" w:type="dxa"/>
            <w:shd w:val="clear" w:color="auto" w:fill="DCE6F1"/>
            <w:vAlign w:val="center"/>
          </w:tcPr>
          <w:p w14:paraId="1DB63760" w14:textId="77777777" w:rsidR="00AE0AEA" w:rsidRPr="00144A71" w:rsidRDefault="00AE0AEA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Modalidad</w:t>
            </w:r>
          </w:p>
        </w:tc>
        <w:tc>
          <w:tcPr>
            <w:tcW w:w="5184" w:type="dxa"/>
            <w:vAlign w:val="center"/>
          </w:tcPr>
          <w:p w14:paraId="727719D1" w14:textId="77777777" w:rsidR="00AE0AEA" w:rsidRPr="00707F73" w:rsidRDefault="00AE0AEA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707F73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Trabajo en grupo – máximo 3 personas</w:t>
            </w:r>
          </w:p>
        </w:tc>
      </w:tr>
      <w:tr w:rsidR="00AE0AEA" w:rsidRPr="00144A71" w14:paraId="1F0A29EA" w14:textId="77777777" w:rsidTr="00AA004C">
        <w:trPr>
          <w:jc w:val="center"/>
        </w:trPr>
        <w:tc>
          <w:tcPr>
            <w:tcW w:w="5184" w:type="dxa"/>
            <w:shd w:val="clear" w:color="auto" w:fill="DCE6F1"/>
            <w:vAlign w:val="center"/>
          </w:tcPr>
          <w:p w14:paraId="7E5B5C41" w14:textId="77777777" w:rsidR="00AE0AEA" w:rsidRPr="00144A71" w:rsidRDefault="00AE0AEA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Formato</w:t>
            </w:r>
          </w:p>
        </w:tc>
        <w:tc>
          <w:tcPr>
            <w:tcW w:w="5184" w:type="dxa"/>
            <w:vAlign w:val="center"/>
          </w:tcPr>
          <w:p w14:paraId="11EF2925" w14:textId="77777777" w:rsidR="00AE0AEA" w:rsidRPr="00707F73" w:rsidRDefault="00AE0AEA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707F73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Un único archivo PDF</w:t>
            </w:r>
          </w:p>
        </w:tc>
      </w:tr>
      <w:tr w:rsidR="00AE0AEA" w:rsidRPr="00144A71" w14:paraId="03F9976A" w14:textId="77777777" w:rsidTr="00AA004C">
        <w:trPr>
          <w:jc w:val="center"/>
        </w:trPr>
        <w:tc>
          <w:tcPr>
            <w:tcW w:w="5184" w:type="dxa"/>
            <w:shd w:val="clear" w:color="auto" w:fill="DCE6F1"/>
            <w:vAlign w:val="center"/>
          </w:tcPr>
          <w:p w14:paraId="63F6B5B2" w14:textId="77777777" w:rsidR="00AE0AEA" w:rsidRPr="00144A71" w:rsidRDefault="00AE0AEA" w:rsidP="00AA004C">
            <w:pPr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144A71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es-CO"/>
              </w:rPr>
              <w:t>Lugar de carga</w:t>
            </w:r>
          </w:p>
        </w:tc>
        <w:tc>
          <w:tcPr>
            <w:tcW w:w="5184" w:type="dxa"/>
            <w:vAlign w:val="center"/>
          </w:tcPr>
          <w:p w14:paraId="0AA556A4" w14:textId="77777777" w:rsidR="00AE0AEA" w:rsidRPr="00707F73" w:rsidRDefault="00AE0AEA" w:rsidP="00AA004C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707F73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AVAS</w:t>
            </w:r>
          </w:p>
        </w:tc>
      </w:tr>
    </w:tbl>
    <w:p w14:paraId="19327C13" w14:textId="77777777" w:rsidR="00AE0AEA" w:rsidRPr="00144A71" w:rsidRDefault="00AE0AEA" w:rsidP="00AE0AEA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</w:p>
    <w:p w14:paraId="40CEB214" w14:textId="77777777" w:rsidR="00AE0AEA" w:rsidRDefault="00AE0AEA" w:rsidP="00AE0AEA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5492868D" w14:textId="77777777" w:rsidR="00AE0AEA" w:rsidRDefault="00AE0AEA" w:rsidP="00AE0AEA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p w14:paraId="57B403F5" w14:textId="77777777" w:rsidR="00AE0AEA" w:rsidRPr="00144A71" w:rsidRDefault="00AE0AEA" w:rsidP="00144A7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s-CO"/>
        </w:rPr>
      </w:pPr>
    </w:p>
    <w:p w14:paraId="2D517D04" w14:textId="77777777" w:rsidR="00707F73" w:rsidRDefault="00707F73" w:rsidP="00144A71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  <w:lang w:val="es-CO"/>
        </w:rPr>
      </w:pPr>
    </w:p>
    <w:sectPr w:rsidR="00707F73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68E12" w14:textId="77777777" w:rsidR="00BA76E1" w:rsidRDefault="00BA76E1">
      <w:pPr>
        <w:spacing w:after="0" w:line="240" w:lineRule="auto"/>
      </w:pPr>
      <w:r>
        <w:separator/>
      </w:r>
    </w:p>
  </w:endnote>
  <w:endnote w:type="continuationSeparator" w:id="0">
    <w:p w14:paraId="3C9C3041" w14:textId="77777777" w:rsidR="00BA76E1" w:rsidRDefault="00BA7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D2B5F" w14:textId="77777777" w:rsidR="00033C28" w:rsidRPr="002120D1" w:rsidRDefault="000F084F">
    <w:pPr>
      <w:pStyle w:val="Piedepgina"/>
      <w:jc w:val="center"/>
      <w:rPr>
        <w:lang w:val="es-CO"/>
      </w:rPr>
    </w:pPr>
    <w:r w:rsidRPr="002120D1">
      <w:rPr>
        <w:sz w:val="16"/>
        <w:lang w:val="es-CO"/>
      </w:rPr>
      <w:t>Desarrollo Formal de Software • Primera entrega • Análisis y especificación formal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81EBA" w14:textId="77777777" w:rsidR="00BA76E1" w:rsidRDefault="00BA76E1">
      <w:pPr>
        <w:spacing w:after="0" w:line="240" w:lineRule="auto"/>
      </w:pPr>
      <w:r>
        <w:separator/>
      </w:r>
    </w:p>
  </w:footnote>
  <w:footnote w:type="continuationSeparator" w:id="0">
    <w:p w14:paraId="0AC733DA" w14:textId="77777777" w:rsidR="00BA76E1" w:rsidRDefault="00BA76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3C28"/>
    <w:rsid w:val="00034616"/>
    <w:rsid w:val="0006063C"/>
    <w:rsid w:val="000F084F"/>
    <w:rsid w:val="00144A71"/>
    <w:rsid w:val="0015074B"/>
    <w:rsid w:val="002120D1"/>
    <w:rsid w:val="00257FF8"/>
    <w:rsid w:val="0029639D"/>
    <w:rsid w:val="00326F90"/>
    <w:rsid w:val="003E1ED7"/>
    <w:rsid w:val="0044046F"/>
    <w:rsid w:val="0047749F"/>
    <w:rsid w:val="00674E8E"/>
    <w:rsid w:val="00707F73"/>
    <w:rsid w:val="009225A3"/>
    <w:rsid w:val="0093657D"/>
    <w:rsid w:val="00AA1D8D"/>
    <w:rsid w:val="00AE0AEA"/>
    <w:rsid w:val="00B47730"/>
    <w:rsid w:val="00BA76E1"/>
    <w:rsid w:val="00BB43C8"/>
    <w:rsid w:val="00C12AA0"/>
    <w:rsid w:val="00CB0664"/>
    <w:rsid w:val="00D26D0E"/>
    <w:rsid w:val="00D37675"/>
    <w:rsid w:val="00D839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236A7"/>
  <w14:defaultImageDpi w14:val="300"/>
  <w15:docId w15:val="{8F076E9C-9737-4409-B04E-25FDE4205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1113</Words>
  <Characters>6124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Trabajos de Grado Ingenieria de Sistemas</cp:lastModifiedBy>
  <cp:revision>14</cp:revision>
  <dcterms:created xsi:type="dcterms:W3CDTF">2013-12-23T23:15:00Z</dcterms:created>
  <dcterms:modified xsi:type="dcterms:W3CDTF">2026-09-21T19:19:00Z</dcterms:modified>
  <cp:category/>
</cp:coreProperties>
</file>