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0D096" w14:textId="77777777" w:rsidR="003050EE" w:rsidRPr="002F10F4" w:rsidRDefault="00D16780" w:rsidP="002F10F4">
      <w:pPr>
        <w:spacing w:after="0" w:line="240" w:lineRule="auto"/>
        <w:jc w:val="center"/>
        <w:rPr>
          <w:rFonts w:asciiTheme="majorHAnsi" w:hAnsiTheme="majorHAnsi" w:cstheme="majorHAnsi"/>
          <w:color w:val="000000" w:themeColor="text1"/>
          <w:sz w:val="32"/>
          <w:szCs w:val="32"/>
          <w:lang w:val="es-CO"/>
        </w:rPr>
      </w:pPr>
      <w:r w:rsidRPr="002F10F4">
        <w:rPr>
          <w:rFonts w:asciiTheme="majorHAnsi" w:hAnsiTheme="majorHAnsi" w:cstheme="majorHAnsi"/>
          <w:b/>
          <w:color w:val="000000" w:themeColor="text1"/>
          <w:sz w:val="32"/>
          <w:szCs w:val="32"/>
          <w:lang w:val="es-CO"/>
        </w:rPr>
        <w:t>DESARROLLO FORMAL DE SOFTWARE</w:t>
      </w:r>
    </w:p>
    <w:p w14:paraId="5975E1EA" w14:textId="77777777" w:rsidR="002F10F4" w:rsidRPr="002F10F4" w:rsidRDefault="00D16780" w:rsidP="002F10F4">
      <w:pPr>
        <w:pStyle w:val="Ttulo"/>
        <w:spacing w:after="0"/>
        <w:jc w:val="center"/>
        <w:rPr>
          <w:rFonts w:cstheme="majorHAnsi"/>
          <w:b/>
          <w:bCs/>
          <w:color w:val="000000" w:themeColor="text1"/>
          <w:sz w:val="28"/>
          <w:szCs w:val="28"/>
          <w:lang w:val="es-CO"/>
        </w:rPr>
      </w:pPr>
      <w:r w:rsidRPr="002F10F4">
        <w:rPr>
          <w:rFonts w:cstheme="majorHAnsi"/>
          <w:b/>
          <w:bCs/>
          <w:color w:val="000000" w:themeColor="text1"/>
          <w:sz w:val="28"/>
          <w:szCs w:val="28"/>
          <w:lang w:val="es-CO"/>
        </w:rPr>
        <w:t>FORMATO DE LA SEGUNDA ENTREGA</w:t>
      </w:r>
    </w:p>
    <w:p w14:paraId="01B7FDDE" w14:textId="1E2AD763" w:rsidR="002F10F4" w:rsidRPr="002F10F4" w:rsidRDefault="002F10F4" w:rsidP="002F10F4">
      <w:pPr>
        <w:pStyle w:val="Ttulo"/>
        <w:spacing w:after="0"/>
        <w:jc w:val="center"/>
        <w:rPr>
          <w:rFonts w:cstheme="majorHAnsi"/>
          <w:iCs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iCs/>
          <w:color w:val="000000" w:themeColor="text1"/>
          <w:sz w:val="24"/>
          <w:szCs w:val="24"/>
          <w:lang w:val="es-CO"/>
        </w:rPr>
        <w:t>CONSTRUCCIÓN, CONTRATOS Y VERIFICACIÓN DE FUNCIONALIDADES</w:t>
      </w:r>
    </w:p>
    <w:p w14:paraId="30211F3C" w14:textId="77777777" w:rsidR="002F10F4" w:rsidRPr="002F10F4" w:rsidRDefault="002F10F4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728BBD7A" w14:textId="49959661" w:rsidR="003050EE" w:rsidRDefault="00D16780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asciiTheme="majorHAnsi" w:hAnsiTheme="majorHAnsi" w:cstheme="majorHAnsi"/>
          <w:b/>
          <w:color w:val="000000" w:themeColor="text1"/>
          <w:sz w:val="24"/>
          <w:szCs w:val="24"/>
          <w:lang w:val="es-CO"/>
        </w:rPr>
        <w:t xml:space="preserve">Instrucciones. </w:t>
      </w: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 xml:space="preserve">Diligencie en Word. Escriba explicaciones concretas y use fragmentos de código breves con referencia al archivo o </w:t>
      </w: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>línea. El código completo se adjunta o se comparte mediante enlace.</w:t>
      </w:r>
    </w:p>
    <w:p w14:paraId="0AB6F65D" w14:textId="77777777" w:rsidR="002F10F4" w:rsidRPr="002F10F4" w:rsidRDefault="002F10F4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75F0F4AB" w14:textId="77777777" w:rsidR="003050EE" w:rsidRPr="002F10F4" w:rsidRDefault="00D16780" w:rsidP="002F10F4">
      <w:pPr>
        <w:pStyle w:val="Ttulo1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1. Identificación del proyecto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7530"/>
      </w:tblGrid>
      <w:tr w:rsidR="002F10F4" w:rsidRPr="002F10F4" w14:paraId="37A41F18" w14:textId="77777777" w:rsidTr="00494A98">
        <w:trPr>
          <w:jc w:val="center"/>
        </w:trPr>
        <w:tc>
          <w:tcPr>
            <w:tcW w:w="2694" w:type="dxa"/>
            <w:shd w:val="clear" w:color="auto" w:fill="DBE5F1" w:themeFill="accent1" w:themeFillTint="33"/>
            <w:vAlign w:val="center"/>
          </w:tcPr>
          <w:p w14:paraId="66EC76AF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  <w:t>Nombre del proyecto</w:t>
            </w:r>
          </w:p>
        </w:tc>
        <w:tc>
          <w:tcPr>
            <w:tcW w:w="7530" w:type="dxa"/>
            <w:vAlign w:val="center"/>
          </w:tcPr>
          <w:p w14:paraId="189217B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74E9F1CA" w14:textId="77777777" w:rsidTr="00494A98">
        <w:trPr>
          <w:jc w:val="center"/>
        </w:trPr>
        <w:tc>
          <w:tcPr>
            <w:tcW w:w="2694" w:type="dxa"/>
            <w:shd w:val="clear" w:color="auto" w:fill="DBE5F1" w:themeFill="accent1" w:themeFillTint="33"/>
            <w:vAlign w:val="center"/>
          </w:tcPr>
          <w:p w14:paraId="2E49B93B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  <w:t>Programa académico</w:t>
            </w:r>
          </w:p>
        </w:tc>
        <w:tc>
          <w:tcPr>
            <w:tcW w:w="7530" w:type="dxa"/>
            <w:vAlign w:val="center"/>
          </w:tcPr>
          <w:p w14:paraId="5D53DA48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Ingeniería de Sistemas</w:t>
            </w:r>
          </w:p>
        </w:tc>
      </w:tr>
      <w:tr w:rsidR="002F10F4" w:rsidRPr="002F10F4" w14:paraId="6AB5BCAD" w14:textId="77777777" w:rsidTr="00494A98">
        <w:trPr>
          <w:jc w:val="center"/>
        </w:trPr>
        <w:tc>
          <w:tcPr>
            <w:tcW w:w="2694" w:type="dxa"/>
            <w:shd w:val="clear" w:color="auto" w:fill="DBE5F1" w:themeFill="accent1" w:themeFillTint="33"/>
            <w:vAlign w:val="center"/>
          </w:tcPr>
          <w:p w14:paraId="4DEDD954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  <w:t>Asignatura</w:t>
            </w:r>
          </w:p>
        </w:tc>
        <w:tc>
          <w:tcPr>
            <w:tcW w:w="7530" w:type="dxa"/>
            <w:vAlign w:val="center"/>
          </w:tcPr>
          <w:p w14:paraId="38B74A9A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Desarrollo Formal de Software</w:t>
            </w:r>
          </w:p>
        </w:tc>
      </w:tr>
      <w:tr w:rsidR="002F10F4" w:rsidRPr="002F10F4" w14:paraId="5BB66ED2" w14:textId="77777777" w:rsidTr="00494A98">
        <w:trPr>
          <w:jc w:val="center"/>
        </w:trPr>
        <w:tc>
          <w:tcPr>
            <w:tcW w:w="2694" w:type="dxa"/>
            <w:shd w:val="clear" w:color="auto" w:fill="DBE5F1" w:themeFill="accent1" w:themeFillTint="33"/>
            <w:vAlign w:val="center"/>
          </w:tcPr>
          <w:p w14:paraId="591424AB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  <w:t>Grupo / semestre</w:t>
            </w:r>
          </w:p>
        </w:tc>
        <w:tc>
          <w:tcPr>
            <w:tcW w:w="7530" w:type="dxa"/>
            <w:vAlign w:val="center"/>
          </w:tcPr>
          <w:p w14:paraId="74CF9C91" w14:textId="56F5FCB6" w:rsidR="003050EE" w:rsidRPr="002F10F4" w:rsidRDefault="002F10F4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IS06D1 / V</w:t>
            </w:r>
          </w:p>
        </w:tc>
      </w:tr>
      <w:tr w:rsidR="002F10F4" w:rsidRPr="002F10F4" w14:paraId="3A3200C5" w14:textId="77777777" w:rsidTr="00494A98">
        <w:trPr>
          <w:jc w:val="center"/>
        </w:trPr>
        <w:tc>
          <w:tcPr>
            <w:tcW w:w="2694" w:type="dxa"/>
            <w:shd w:val="clear" w:color="auto" w:fill="DBE5F1" w:themeFill="accent1" w:themeFillTint="33"/>
            <w:vAlign w:val="center"/>
          </w:tcPr>
          <w:p w14:paraId="0A285C2C" w14:textId="452A7F5F" w:rsidR="003050EE" w:rsidRPr="00494A98" w:rsidRDefault="00494A98" w:rsidP="002F10F4">
            <w:pPr>
              <w:spacing w:after="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  <w:t>Docente</w:t>
            </w:r>
          </w:p>
        </w:tc>
        <w:tc>
          <w:tcPr>
            <w:tcW w:w="7530" w:type="dxa"/>
            <w:vAlign w:val="center"/>
          </w:tcPr>
          <w:p w14:paraId="4964C6F8" w14:textId="3CC8C731" w:rsidR="003050EE" w:rsidRPr="002F10F4" w:rsidRDefault="00494A98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Yowanna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 xml:space="preserve"> Karina Caicedo Guerrero</w:t>
            </w:r>
          </w:p>
        </w:tc>
      </w:tr>
    </w:tbl>
    <w:p w14:paraId="79388EE0" w14:textId="593ECECF" w:rsidR="003050EE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5990C825" w14:textId="757287F1" w:rsidR="002F10F4" w:rsidRDefault="002F10F4" w:rsidP="002F10F4">
      <w:pPr>
        <w:spacing w:after="0" w:line="240" w:lineRule="auto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es-CO"/>
        </w:rPr>
      </w:pPr>
      <w:r w:rsidRPr="002F10F4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es-CO"/>
        </w:rPr>
        <w:t>Integrantes del grupo (máximo 3)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8"/>
        <w:gridCol w:w="6682"/>
        <w:gridCol w:w="3064"/>
      </w:tblGrid>
      <w:tr w:rsidR="00494A98" w:rsidRPr="002F10F4" w14:paraId="4654F91E" w14:textId="0A51D871" w:rsidTr="00494A98">
        <w:trPr>
          <w:jc w:val="center"/>
        </w:trPr>
        <w:tc>
          <w:tcPr>
            <w:tcW w:w="568" w:type="dxa"/>
            <w:shd w:val="clear" w:color="auto" w:fill="1F4E79"/>
          </w:tcPr>
          <w:p w14:paraId="11D5DC13" w14:textId="00E3B4DF" w:rsidR="00494A98" w:rsidRPr="00494A98" w:rsidRDefault="00494A98" w:rsidP="00B32C5E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No.</w:t>
            </w:r>
          </w:p>
        </w:tc>
        <w:tc>
          <w:tcPr>
            <w:tcW w:w="6682" w:type="dxa"/>
            <w:shd w:val="clear" w:color="auto" w:fill="1F4E79"/>
          </w:tcPr>
          <w:p w14:paraId="546874C8" w14:textId="0170E4C6" w:rsidR="00494A98" w:rsidRPr="00494A98" w:rsidRDefault="00494A98" w:rsidP="00B32C5E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Nombre Completo</w:t>
            </w:r>
          </w:p>
        </w:tc>
        <w:tc>
          <w:tcPr>
            <w:tcW w:w="3064" w:type="dxa"/>
            <w:shd w:val="clear" w:color="auto" w:fill="1F4E79"/>
          </w:tcPr>
          <w:p w14:paraId="00E91BBB" w14:textId="13A4FDC6" w:rsidR="00494A98" w:rsidRPr="00494A98" w:rsidRDefault="00494A98" w:rsidP="00B32C5E">
            <w:pPr>
              <w:spacing w:after="0"/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Código estudiantil</w:t>
            </w:r>
          </w:p>
        </w:tc>
      </w:tr>
      <w:tr w:rsidR="00494A98" w:rsidRPr="002F10F4" w14:paraId="28853B2E" w14:textId="09D97CA6" w:rsidTr="00494A98">
        <w:trPr>
          <w:jc w:val="center"/>
        </w:trPr>
        <w:tc>
          <w:tcPr>
            <w:tcW w:w="568" w:type="dxa"/>
            <w:vAlign w:val="center"/>
          </w:tcPr>
          <w:p w14:paraId="44E5D348" w14:textId="65702559" w:rsidR="00494A98" w:rsidRPr="002F10F4" w:rsidRDefault="00494A98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6682" w:type="dxa"/>
            <w:vAlign w:val="center"/>
          </w:tcPr>
          <w:p w14:paraId="3FE753C3" w14:textId="77777777" w:rsidR="00494A98" w:rsidRPr="002F10F4" w:rsidRDefault="00494A98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064" w:type="dxa"/>
          </w:tcPr>
          <w:p w14:paraId="778FAA1E" w14:textId="77777777" w:rsidR="00494A98" w:rsidRPr="002F10F4" w:rsidRDefault="00494A98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494A98" w:rsidRPr="002F10F4" w14:paraId="2A37900E" w14:textId="5D7E46FB" w:rsidTr="00494A98">
        <w:trPr>
          <w:jc w:val="center"/>
        </w:trPr>
        <w:tc>
          <w:tcPr>
            <w:tcW w:w="568" w:type="dxa"/>
            <w:vAlign w:val="center"/>
          </w:tcPr>
          <w:p w14:paraId="1A3C174D" w14:textId="1A55A2AC" w:rsidR="00494A98" w:rsidRPr="002F10F4" w:rsidRDefault="00494A98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6682" w:type="dxa"/>
            <w:vAlign w:val="center"/>
          </w:tcPr>
          <w:p w14:paraId="0E56924F" w14:textId="77777777" w:rsidR="00494A98" w:rsidRPr="002F10F4" w:rsidRDefault="00494A98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064" w:type="dxa"/>
          </w:tcPr>
          <w:p w14:paraId="5075FA00" w14:textId="77777777" w:rsidR="00494A98" w:rsidRPr="002F10F4" w:rsidRDefault="00494A98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494A98" w:rsidRPr="002F10F4" w14:paraId="1CB80D54" w14:textId="5904C4A4" w:rsidTr="00494A98">
        <w:trPr>
          <w:jc w:val="center"/>
        </w:trPr>
        <w:tc>
          <w:tcPr>
            <w:tcW w:w="568" w:type="dxa"/>
            <w:vAlign w:val="center"/>
          </w:tcPr>
          <w:p w14:paraId="309E3B22" w14:textId="624E6411" w:rsidR="00494A98" w:rsidRPr="002F10F4" w:rsidRDefault="00494A98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6682" w:type="dxa"/>
            <w:vAlign w:val="center"/>
          </w:tcPr>
          <w:p w14:paraId="414F5D38" w14:textId="77777777" w:rsidR="00494A98" w:rsidRPr="002F10F4" w:rsidRDefault="00494A98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064" w:type="dxa"/>
          </w:tcPr>
          <w:p w14:paraId="26F89DF9" w14:textId="77777777" w:rsidR="00494A98" w:rsidRPr="002F10F4" w:rsidRDefault="00494A98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5BE41D24" w14:textId="77777777" w:rsidR="002F10F4" w:rsidRPr="002F10F4" w:rsidRDefault="002F10F4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09CE32BF" w14:textId="3BDB9B6C" w:rsidR="003050EE" w:rsidRDefault="00D16780" w:rsidP="002F10F4">
      <w:pPr>
        <w:pStyle w:val="Ttulo1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2. Continuidad con la primera entrega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6"/>
        <w:gridCol w:w="6538"/>
      </w:tblGrid>
      <w:tr w:rsidR="00494A98" w:rsidRPr="00494A98" w14:paraId="10864FB5" w14:textId="77777777" w:rsidTr="00494A98">
        <w:trPr>
          <w:jc w:val="center"/>
        </w:trPr>
        <w:tc>
          <w:tcPr>
            <w:tcW w:w="3686" w:type="dxa"/>
            <w:shd w:val="clear" w:color="auto" w:fill="1F4E79"/>
          </w:tcPr>
          <w:p w14:paraId="467D772B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6538" w:type="dxa"/>
            <w:shd w:val="clear" w:color="auto" w:fill="1F4E79"/>
          </w:tcPr>
          <w:p w14:paraId="565185C9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Respuesta / evidencia</w:t>
            </w:r>
          </w:p>
        </w:tc>
      </w:tr>
      <w:tr w:rsidR="002F10F4" w:rsidRPr="002F10F4" w14:paraId="4414FCB6" w14:textId="77777777" w:rsidTr="00494A98">
        <w:trPr>
          <w:jc w:val="center"/>
        </w:trPr>
        <w:tc>
          <w:tcPr>
            <w:tcW w:w="3686" w:type="dxa"/>
            <w:shd w:val="clear" w:color="auto" w:fill="DBE5F1" w:themeFill="accent1" w:themeFillTint="33"/>
            <w:vAlign w:val="center"/>
          </w:tcPr>
          <w:p w14:paraId="0BAC8483" w14:textId="77777777" w:rsidR="003050EE" w:rsidRPr="00C36938" w:rsidRDefault="00D16780" w:rsidP="002F10F4">
            <w:pPr>
              <w:spacing w:after="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</w:pPr>
            <w:r w:rsidRPr="00C3693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  <w:t>Descripción breve del sistema</w:t>
            </w:r>
          </w:p>
        </w:tc>
        <w:tc>
          <w:tcPr>
            <w:tcW w:w="6538" w:type="dxa"/>
            <w:vAlign w:val="center"/>
          </w:tcPr>
          <w:p w14:paraId="74643A1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711E5EB5" w14:textId="77777777" w:rsidTr="00494A98">
        <w:trPr>
          <w:jc w:val="center"/>
        </w:trPr>
        <w:tc>
          <w:tcPr>
            <w:tcW w:w="3686" w:type="dxa"/>
            <w:shd w:val="clear" w:color="auto" w:fill="DBE5F1" w:themeFill="accent1" w:themeFillTint="33"/>
            <w:vAlign w:val="center"/>
          </w:tcPr>
          <w:p w14:paraId="742FBE3C" w14:textId="77777777" w:rsidR="003050EE" w:rsidRPr="00C36938" w:rsidRDefault="00D16780" w:rsidP="002F10F4">
            <w:pPr>
              <w:spacing w:after="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</w:pPr>
            <w:r w:rsidRPr="00C3693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  <w:t>Problema o necesidad que aborda</w:t>
            </w:r>
          </w:p>
        </w:tc>
        <w:tc>
          <w:tcPr>
            <w:tcW w:w="6538" w:type="dxa"/>
            <w:vAlign w:val="center"/>
          </w:tcPr>
          <w:p w14:paraId="66A2081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C36938" w:rsidRPr="002F10F4" w14:paraId="3F59E700" w14:textId="77777777" w:rsidTr="00494A98">
        <w:trPr>
          <w:jc w:val="center"/>
        </w:trPr>
        <w:tc>
          <w:tcPr>
            <w:tcW w:w="3686" w:type="dxa"/>
            <w:shd w:val="clear" w:color="auto" w:fill="DBE5F1" w:themeFill="accent1" w:themeFillTint="33"/>
            <w:vAlign w:val="center"/>
          </w:tcPr>
          <w:p w14:paraId="7C3335E0" w14:textId="066CC385" w:rsidR="00C36938" w:rsidRPr="00C36938" w:rsidRDefault="00C36938" w:rsidP="002F10F4">
            <w:pPr>
              <w:spacing w:after="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</w:pPr>
            <w:r w:rsidRPr="00C3693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  <w:t xml:space="preserve">Usuarios o actores principales </w:t>
            </w:r>
          </w:p>
        </w:tc>
        <w:tc>
          <w:tcPr>
            <w:tcW w:w="6538" w:type="dxa"/>
            <w:vAlign w:val="center"/>
          </w:tcPr>
          <w:p w14:paraId="53A6C17E" w14:textId="77777777" w:rsidR="00C36938" w:rsidRPr="002F10F4" w:rsidRDefault="00C36938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494A98" w:rsidRPr="002F10F4" w14:paraId="0D623825" w14:textId="77777777" w:rsidTr="00494A98">
        <w:trPr>
          <w:jc w:val="center"/>
        </w:trPr>
        <w:tc>
          <w:tcPr>
            <w:tcW w:w="3686" w:type="dxa"/>
            <w:shd w:val="clear" w:color="auto" w:fill="DBE5F1" w:themeFill="accent1" w:themeFillTint="33"/>
            <w:vAlign w:val="center"/>
          </w:tcPr>
          <w:p w14:paraId="3524309A" w14:textId="77777777" w:rsidR="003050EE" w:rsidRPr="00C36938" w:rsidRDefault="00D16780" w:rsidP="002F10F4">
            <w:pPr>
              <w:spacing w:after="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</w:pPr>
            <w:r w:rsidRPr="00C36938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  <w:t>Cambios desde la primera entrega (si los hubo)</w:t>
            </w:r>
          </w:p>
        </w:tc>
        <w:tc>
          <w:tcPr>
            <w:tcW w:w="6538" w:type="dxa"/>
            <w:vAlign w:val="center"/>
          </w:tcPr>
          <w:p w14:paraId="48695EA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0C108B62" w14:textId="52993F6F" w:rsidR="003050EE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57A71628" w14:textId="2DA22600" w:rsidR="009238D6" w:rsidRDefault="009238D6" w:rsidP="009238D6">
      <w:pPr>
        <w:pStyle w:val="Ttulo1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3</w:t>
      </w:r>
      <w:r>
        <w:rPr>
          <w:rFonts w:cstheme="majorHAnsi"/>
          <w:color w:val="000000" w:themeColor="text1"/>
          <w:sz w:val="24"/>
          <w:szCs w:val="24"/>
          <w:lang w:val="es-CO"/>
        </w:rPr>
        <w:t>.</w:t>
      </w:r>
      <w:r w:rsidRPr="002F10F4">
        <w:rPr>
          <w:rFonts w:cstheme="majorHAnsi"/>
          <w:color w:val="000000" w:themeColor="text1"/>
          <w:sz w:val="24"/>
          <w:szCs w:val="24"/>
          <w:lang w:val="es-CO"/>
        </w:rPr>
        <w:t xml:space="preserve"> Funcionalidad</w:t>
      </w:r>
      <w:r>
        <w:rPr>
          <w:rFonts w:cstheme="majorHAnsi"/>
          <w:color w:val="000000" w:themeColor="text1"/>
          <w:sz w:val="24"/>
          <w:szCs w:val="24"/>
          <w:lang w:val="es-CO"/>
        </w:rPr>
        <w:t>es seleccionadas</w:t>
      </w:r>
    </w:p>
    <w:p w14:paraId="4098ABE3" w14:textId="3CCA444D" w:rsidR="009238D6" w:rsidRPr="009238D6" w:rsidRDefault="009238D6" w:rsidP="009238D6">
      <w:pPr>
        <w:rPr>
          <w:lang w:val="es-CO"/>
        </w:rPr>
      </w:pPr>
      <w:r w:rsidRPr="009238D6">
        <w:rPr>
          <w:sz w:val="23"/>
          <w:szCs w:val="23"/>
          <w:lang w:val="es-CO"/>
        </w:rPr>
        <w:t xml:space="preserve">Registre las tres funcionalidades que serán trabajadas durante el proyecto.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3153"/>
        <w:gridCol w:w="3651"/>
        <w:gridCol w:w="2853"/>
      </w:tblGrid>
      <w:tr w:rsidR="002F10F4" w:rsidRPr="002F10F4" w14:paraId="57086B03" w14:textId="77777777" w:rsidTr="00EE728E">
        <w:trPr>
          <w:jc w:val="center"/>
        </w:trPr>
        <w:tc>
          <w:tcPr>
            <w:tcW w:w="567" w:type="dxa"/>
            <w:shd w:val="clear" w:color="auto" w:fill="1F4E79"/>
          </w:tcPr>
          <w:p w14:paraId="71BFDAF5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N.º</w:t>
            </w:r>
          </w:p>
        </w:tc>
        <w:tc>
          <w:tcPr>
            <w:tcW w:w="3153" w:type="dxa"/>
            <w:shd w:val="clear" w:color="auto" w:fill="1F4E79"/>
          </w:tcPr>
          <w:p w14:paraId="683FD739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Funcionalidad de la primera entrega</w:t>
            </w:r>
          </w:p>
        </w:tc>
        <w:tc>
          <w:tcPr>
            <w:tcW w:w="3651" w:type="dxa"/>
            <w:shd w:val="clear" w:color="auto" w:fill="1F4E79"/>
          </w:tcPr>
          <w:p w14:paraId="74308709" w14:textId="5015A7A0" w:rsidR="003050EE" w:rsidRPr="00494A98" w:rsidRDefault="00494A98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¿Se mantiene? ¿Qué se implementó?</w:t>
            </w:r>
            <w:r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 xml:space="preserve"> </w:t>
            </w:r>
          </w:p>
        </w:tc>
        <w:tc>
          <w:tcPr>
            <w:tcW w:w="2853" w:type="dxa"/>
            <w:shd w:val="clear" w:color="auto" w:fill="1F4E79"/>
          </w:tcPr>
          <w:p w14:paraId="04B9629A" w14:textId="6DDF3385" w:rsidR="003050EE" w:rsidRPr="00494A98" w:rsidRDefault="00494A98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Propósito / resultado esperado</w:t>
            </w:r>
            <w:r w:rsidR="00EE728E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 xml:space="preserve"> </w:t>
            </w:r>
          </w:p>
        </w:tc>
      </w:tr>
      <w:tr w:rsidR="002F10F4" w:rsidRPr="002F10F4" w14:paraId="5C7953E7" w14:textId="77777777" w:rsidTr="00EE728E">
        <w:trPr>
          <w:jc w:val="center"/>
        </w:trPr>
        <w:tc>
          <w:tcPr>
            <w:tcW w:w="567" w:type="dxa"/>
            <w:vAlign w:val="center"/>
          </w:tcPr>
          <w:p w14:paraId="78FE2D59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1</w:t>
            </w:r>
          </w:p>
        </w:tc>
        <w:tc>
          <w:tcPr>
            <w:tcW w:w="3153" w:type="dxa"/>
            <w:vAlign w:val="center"/>
          </w:tcPr>
          <w:p w14:paraId="4A1EB8AD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51" w:type="dxa"/>
            <w:vAlign w:val="center"/>
          </w:tcPr>
          <w:p w14:paraId="179F9CB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3" w:type="dxa"/>
            <w:vAlign w:val="center"/>
          </w:tcPr>
          <w:p w14:paraId="614CDAF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7468F1D7" w14:textId="77777777" w:rsidTr="00EE728E">
        <w:trPr>
          <w:jc w:val="center"/>
        </w:trPr>
        <w:tc>
          <w:tcPr>
            <w:tcW w:w="567" w:type="dxa"/>
            <w:vAlign w:val="center"/>
          </w:tcPr>
          <w:p w14:paraId="3594AFC4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2</w:t>
            </w:r>
          </w:p>
        </w:tc>
        <w:tc>
          <w:tcPr>
            <w:tcW w:w="3153" w:type="dxa"/>
            <w:vAlign w:val="center"/>
          </w:tcPr>
          <w:p w14:paraId="2427CCCB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51" w:type="dxa"/>
            <w:vAlign w:val="center"/>
          </w:tcPr>
          <w:p w14:paraId="25E8526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3" w:type="dxa"/>
            <w:vAlign w:val="center"/>
          </w:tcPr>
          <w:p w14:paraId="5CAD036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494A98" w:rsidRPr="002F10F4" w14:paraId="69421369" w14:textId="77777777" w:rsidTr="00EE728E">
        <w:trPr>
          <w:jc w:val="center"/>
        </w:trPr>
        <w:tc>
          <w:tcPr>
            <w:tcW w:w="567" w:type="dxa"/>
            <w:vAlign w:val="center"/>
          </w:tcPr>
          <w:p w14:paraId="7912BA5D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3</w:t>
            </w:r>
          </w:p>
        </w:tc>
        <w:tc>
          <w:tcPr>
            <w:tcW w:w="3153" w:type="dxa"/>
            <w:vAlign w:val="center"/>
          </w:tcPr>
          <w:p w14:paraId="5E848C5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651" w:type="dxa"/>
            <w:vAlign w:val="center"/>
          </w:tcPr>
          <w:p w14:paraId="1E0846D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853" w:type="dxa"/>
            <w:vAlign w:val="center"/>
          </w:tcPr>
          <w:p w14:paraId="3E915A4D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26EFA260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523500AF" w14:textId="77777777" w:rsidR="003050EE" w:rsidRPr="002F10F4" w:rsidRDefault="00D16780" w:rsidP="002F10F4">
      <w:pPr>
        <w:pStyle w:val="Ttulo1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 xml:space="preserve">3.1 </w:t>
      </w:r>
      <w:r w:rsidRPr="002F10F4">
        <w:rPr>
          <w:rFonts w:cstheme="majorHAnsi"/>
          <w:color w:val="000000" w:themeColor="text1"/>
          <w:sz w:val="24"/>
          <w:szCs w:val="24"/>
          <w:lang w:val="es-CO"/>
        </w:rPr>
        <w:t>Funcionalidad 1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389"/>
      </w:tblGrid>
      <w:tr w:rsidR="002F10F4" w:rsidRPr="002F10F4" w14:paraId="6E26898F" w14:textId="77777777" w:rsidTr="00D16780">
        <w:trPr>
          <w:jc w:val="center"/>
        </w:trPr>
        <w:tc>
          <w:tcPr>
            <w:tcW w:w="2835" w:type="dxa"/>
            <w:shd w:val="clear" w:color="auto" w:fill="1F4E79"/>
          </w:tcPr>
          <w:p w14:paraId="5668222C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7389" w:type="dxa"/>
            <w:shd w:val="clear" w:color="auto" w:fill="1F4E79"/>
          </w:tcPr>
          <w:p w14:paraId="73F3E1B3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Respuesta / evidencia</w:t>
            </w:r>
          </w:p>
        </w:tc>
      </w:tr>
      <w:tr w:rsidR="002F10F4" w:rsidRPr="002F10F4" w14:paraId="7944F65B" w14:textId="77777777" w:rsidTr="00D16780">
        <w:trPr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577824C4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Nombre y propósito</w:t>
            </w:r>
          </w:p>
        </w:tc>
        <w:tc>
          <w:tcPr>
            <w:tcW w:w="7389" w:type="dxa"/>
            <w:vAlign w:val="center"/>
          </w:tcPr>
          <w:p w14:paraId="372749B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02A77D51" w14:textId="77777777" w:rsidTr="00D16780">
        <w:trPr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65ABF652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Actor/usuario</w:t>
            </w:r>
          </w:p>
        </w:tc>
        <w:tc>
          <w:tcPr>
            <w:tcW w:w="7389" w:type="dxa"/>
            <w:vAlign w:val="center"/>
          </w:tcPr>
          <w:p w14:paraId="11158BF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695F1A23" w14:textId="77777777" w:rsidTr="00D16780">
        <w:trPr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6E7F4631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Entradas y tipos de datos</w:t>
            </w:r>
          </w:p>
        </w:tc>
        <w:tc>
          <w:tcPr>
            <w:tcW w:w="7389" w:type="dxa"/>
            <w:vAlign w:val="center"/>
          </w:tcPr>
          <w:p w14:paraId="23B4C7BB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C5419" w:rsidRPr="002F10F4" w14:paraId="6B783474" w14:textId="77777777" w:rsidTr="00D16780">
        <w:trPr>
          <w:jc w:val="center"/>
        </w:trPr>
        <w:tc>
          <w:tcPr>
            <w:tcW w:w="2835" w:type="dxa"/>
            <w:shd w:val="clear" w:color="auto" w:fill="auto"/>
            <w:vAlign w:val="center"/>
          </w:tcPr>
          <w:p w14:paraId="007A9C51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7389" w:type="dxa"/>
            <w:vAlign w:val="center"/>
          </w:tcPr>
          <w:p w14:paraId="7ACB7C9B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7D812BF7" w14:textId="596CF44C" w:rsidR="003050EE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43E4EF89" w14:textId="77777777" w:rsidR="009C5419" w:rsidRPr="002F10F4" w:rsidRDefault="009C5419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5F809D3D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lastRenderedPageBreak/>
        <w:t>A. Contrato PRE/POST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2551"/>
        <w:gridCol w:w="2423"/>
        <w:gridCol w:w="2556"/>
      </w:tblGrid>
      <w:tr w:rsidR="002F10F4" w:rsidRPr="002F10F4" w14:paraId="34D14ABF" w14:textId="77777777" w:rsidTr="009B32E3">
        <w:trPr>
          <w:jc w:val="center"/>
        </w:trPr>
        <w:tc>
          <w:tcPr>
            <w:tcW w:w="2694" w:type="dxa"/>
            <w:shd w:val="clear" w:color="auto" w:fill="1F4E79"/>
          </w:tcPr>
          <w:p w14:paraId="641D0666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2551" w:type="dxa"/>
            <w:shd w:val="clear" w:color="auto" w:fill="1F4E79"/>
          </w:tcPr>
          <w:p w14:paraId="488B5DB5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Especificación</w:t>
            </w:r>
          </w:p>
        </w:tc>
        <w:tc>
          <w:tcPr>
            <w:tcW w:w="2423" w:type="dxa"/>
            <w:shd w:val="clear" w:color="auto" w:fill="1F4E79"/>
          </w:tcPr>
          <w:p w14:paraId="2596BCC0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Cómo se refleja en el código</w:t>
            </w:r>
          </w:p>
        </w:tc>
        <w:tc>
          <w:tcPr>
            <w:tcW w:w="2556" w:type="dxa"/>
            <w:shd w:val="clear" w:color="auto" w:fill="1F4E79"/>
          </w:tcPr>
          <w:p w14:paraId="22D3DCFB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Archivo/línea</w:t>
            </w:r>
          </w:p>
        </w:tc>
      </w:tr>
      <w:tr w:rsidR="002F10F4" w:rsidRPr="002F10F4" w14:paraId="3A945BE0" w14:textId="77777777" w:rsidTr="00D16780">
        <w:trPr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5C2D58C0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PRE: condiciones previas</w:t>
            </w:r>
          </w:p>
        </w:tc>
        <w:tc>
          <w:tcPr>
            <w:tcW w:w="2551" w:type="dxa"/>
            <w:vAlign w:val="center"/>
          </w:tcPr>
          <w:p w14:paraId="52B2B60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423" w:type="dxa"/>
            <w:vAlign w:val="center"/>
          </w:tcPr>
          <w:p w14:paraId="2CFD590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0E4CFD0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4016F44F" w14:textId="77777777" w:rsidTr="00D16780">
        <w:trPr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689561C9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POST: resultado esperado</w:t>
            </w:r>
          </w:p>
        </w:tc>
        <w:tc>
          <w:tcPr>
            <w:tcW w:w="2551" w:type="dxa"/>
            <w:vAlign w:val="center"/>
          </w:tcPr>
          <w:p w14:paraId="45D54BD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423" w:type="dxa"/>
            <w:vAlign w:val="center"/>
          </w:tcPr>
          <w:p w14:paraId="22CA44B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44BA749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B32E3" w:rsidRPr="002F10F4" w14:paraId="7E680649" w14:textId="77777777" w:rsidTr="00D16780">
        <w:trPr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4BA74A6C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Aserción o comprobación, si aplica</w:t>
            </w:r>
          </w:p>
        </w:tc>
        <w:tc>
          <w:tcPr>
            <w:tcW w:w="2551" w:type="dxa"/>
            <w:vAlign w:val="center"/>
          </w:tcPr>
          <w:p w14:paraId="6BDEF54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423" w:type="dxa"/>
            <w:vAlign w:val="center"/>
          </w:tcPr>
          <w:p w14:paraId="6373F7F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72FD671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77C61C52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06397519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B. Código relevante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19"/>
        <w:gridCol w:w="3697"/>
        <w:gridCol w:w="3408"/>
      </w:tblGrid>
      <w:tr w:rsidR="002F10F4" w:rsidRPr="002F10F4" w14:paraId="16390CEB" w14:textId="77777777" w:rsidTr="009B32E3">
        <w:trPr>
          <w:jc w:val="center"/>
        </w:trPr>
        <w:tc>
          <w:tcPr>
            <w:tcW w:w="3119" w:type="dxa"/>
            <w:shd w:val="clear" w:color="auto" w:fill="1F4E79"/>
          </w:tcPr>
          <w:p w14:paraId="654DE492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Aspecto</w:t>
            </w:r>
          </w:p>
        </w:tc>
        <w:tc>
          <w:tcPr>
            <w:tcW w:w="3697" w:type="dxa"/>
            <w:shd w:val="clear" w:color="auto" w:fill="1F4E79"/>
          </w:tcPr>
          <w:p w14:paraId="7846A07C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Fragmento o referencia</w:t>
            </w:r>
          </w:p>
        </w:tc>
        <w:tc>
          <w:tcPr>
            <w:tcW w:w="3408" w:type="dxa"/>
            <w:shd w:val="clear" w:color="auto" w:fill="1F4E79"/>
          </w:tcPr>
          <w:p w14:paraId="4887A105" w14:textId="77777777" w:rsidR="003050EE" w:rsidRPr="00494A98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94A98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Explicación</w:t>
            </w:r>
          </w:p>
        </w:tc>
      </w:tr>
      <w:tr w:rsidR="002F10F4" w:rsidRPr="002F10F4" w14:paraId="486007E2" w14:textId="77777777" w:rsidTr="00D16780">
        <w:trPr>
          <w:jc w:val="center"/>
        </w:trPr>
        <w:tc>
          <w:tcPr>
            <w:tcW w:w="3119" w:type="dxa"/>
            <w:shd w:val="clear" w:color="auto" w:fill="auto"/>
            <w:vAlign w:val="center"/>
          </w:tcPr>
          <w:p w14:paraId="25B14D84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Implementación principal</w:t>
            </w:r>
          </w:p>
        </w:tc>
        <w:tc>
          <w:tcPr>
            <w:tcW w:w="3697" w:type="dxa"/>
            <w:vAlign w:val="center"/>
          </w:tcPr>
          <w:p w14:paraId="1DF798F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3EB5328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6C4B125C" w14:textId="77777777" w:rsidTr="00D16780">
        <w:trPr>
          <w:jc w:val="center"/>
        </w:trPr>
        <w:tc>
          <w:tcPr>
            <w:tcW w:w="3119" w:type="dxa"/>
            <w:shd w:val="clear" w:color="auto" w:fill="auto"/>
            <w:vAlign w:val="center"/>
          </w:tcPr>
          <w:p w14:paraId="271B54B3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Validación de PRE/entradas</w:t>
            </w:r>
          </w:p>
        </w:tc>
        <w:tc>
          <w:tcPr>
            <w:tcW w:w="3697" w:type="dxa"/>
            <w:vAlign w:val="center"/>
          </w:tcPr>
          <w:p w14:paraId="5E8D2A9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68A7112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07D820F4" w14:textId="77777777" w:rsidTr="00D16780">
        <w:trPr>
          <w:jc w:val="center"/>
        </w:trPr>
        <w:tc>
          <w:tcPr>
            <w:tcW w:w="3119" w:type="dxa"/>
            <w:shd w:val="clear" w:color="auto" w:fill="auto"/>
            <w:vAlign w:val="center"/>
          </w:tcPr>
          <w:p w14:paraId="170C4EE8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Resultado o comprobación de POST</w:t>
            </w:r>
          </w:p>
        </w:tc>
        <w:tc>
          <w:tcPr>
            <w:tcW w:w="3697" w:type="dxa"/>
            <w:vAlign w:val="center"/>
          </w:tcPr>
          <w:p w14:paraId="4E3BDAF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694B466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02E5DB61" w14:textId="77777777" w:rsidTr="00D16780">
        <w:trPr>
          <w:jc w:val="center"/>
        </w:trPr>
        <w:tc>
          <w:tcPr>
            <w:tcW w:w="3119" w:type="dxa"/>
            <w:shd w:val="clear" w:color="auto" w:fill="auto"/>
            <w:vAlign w:val="center"/>
          </w:tcPr>
          <w:p w14:paraId="0974F414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Condicional, si existe</w:t>
            </w:r>
          </w:p>
        </w:tc>
        <w:tc>
          <w:tcPr>
            <w:tcW w:w="3697" w:type="dxa"/>
            <w:vAlign w:val="center"/>
          </w:tcPr>
          <w:p w14:paraId="66C4690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17FDE92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07697ECA" w14:textId="77777777" w:rsidTr="00D16780">
        <w:trPr>
          <w:jc w:val="center"/>
        </w:trPr>
        <w:tc>
          <w:tcPr>
            <w:tcW w:w="3119" w:type="dxa"/>
            <w:shd w:val="clear" w:color="auto" w:fill="auto"/>
            <w:vAlign w:val="center"/>
          </w:tcPr>
          <w:p w14:paraId="471DCEC9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Ciclo, si existe</w:t>
            </w:r>
          </w:p>
        </w:tc>
        <w:tc>
          <w:tcPr>
            <w:tcW w:w="3697" w:type="dxa"/>
            <w:vAlign w:val="center"/>
          </w:tcPr>
          <w:p w14:paraId="5D92D7D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656FA71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B32E3" w:rsidRPr="002F10F4" w14:paraId="63EA0A48" w14:textId="77777777" w:rsidTr="00D16780">
        <w:trPr>
          <w:jc w:val="center"/>
        </w:trPr>
        <w:tc>
          <w:tcPr>
            <w:tcW w:w="3119" w:type="dxa"/>
            <w:shd w:val="clear" w:color="auto" w:fill="auto"/>
            <w:vAlign w:val="center"/>
          </w:tcPr>
          <w:p w14:paraId="7531BAA9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Función/método o algoritmo, si existe</w:t>
            </w:r>
          </w:p>
        </w:tc>
        <w:tc>
          <w:tcPr>
            <w:tcW w:w="3697" w:type="dxa"/>
            <w:vAlign w:val="center"/>
          </w:tcPr>
          <w:p w14:paraId="0FD2D6D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2688A9E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24995B6D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A553453" w14:textId="3404F8DA" w:rsidR="003050EE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C. Verificación razonada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9"/>
        <w:gridCol w:w="2658"/>
        <w:gridCol w:w="2551"/>
        <w:gridCol w:w="2529"/>
        <w:gridCol w:w="2007"/>
      </w:tblGrid>
      <w:tr w:rsidR="00D16780" w:rsidRPr="002F10F4" w14:paraId="54A4389B" w14:textId="77777777" w:rsidTr="00B32C5E">
        <w:trPr>
          <w:jc w:val="center"/>
        </w:trPr>
        <w:tc>
          <w:tcPr>
            <w:tcW w:w="569" w:type="dxa"/>
            <w:shd w:val="clear" w:color="auto" w:fill="1F4E79"/>
          </w:tcPr>
          <w:p w14:paraId="3B8C4171" w14:textId="77777777" w:rsidR="00D16780" w:rsidRPr="009B32E3" w:rsidRDefault="00D16780" w:rsidP="00B32C5E">
            <w:pPr>
              <w:spacing w:after="0"/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No.</w:t>
            </w:r>
          </w:p>
        </w:tc>
        <w:tc>
          <w:tcPr>
            <w:tcW w:w="2658" w:type="dxa"/>
            <w:shd w:val="clear" w:color="auto" w:fill="1F4E79"/>
          </w:tcPr>
          <w:p w14:paraId="0EB74E4A" w14:textId="77777777" w:rsidR="00D16780" w:rsidRPr="009B32E3" w:rsidRDefault="00D16780" w:rsidP="00B32C5E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Condición verificada</w:t>
            </w:r>
          </w:p>
        </w:tc>
        <w:tc>
          <w:tcPr>
            <w:tcW w:w="2551" w:type="dxa"/>
            <w:shd w:val="clear" w:color="auto" w:fill="1F4E79"/>
          </w:tcPr>
          <w:p w14:paraId="2943363D" w14:textId="77777777" w:rsidR="00D16780" w:rsidRPr="009B32E3" w:rsidRDefault="00D16780" w:rsidP="00B32C5E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Cómo se comprueba</w:t>
            </w:r>
          </w:p>
        </w:tc>
        <w:tc>
          <w:tcPr>
            <w:tcW w:w="2529" w:type="dxa"/>
            <w:shd w:val="clear" w:color="auto" w:fill="1F4E79"/>
          </w:tcPr>
          <w:p w14:paraId="12849555" w14:textId="77777777" w:rsidR="00D16780" w:rsidRPr="009B32E3" w:rsidRDefault="00D16780" w:rsidP="00B32C5E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2007" w:type="dxa"/>
            <w:shd w:val="clear" w:color="auto" w:fill="1F4E79"/>
          </w:tcPr>
          <w:p w14:paraId="0361A930" w14:textId="77777777" w:rsidR="00D16780" w:rsidRPr="009B32E3" w:rsidRDefault="00D16780" w:rsidP="00B32C5E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Conclusión</w:t>
            </w:r>
          </w:p>
        </w:tc>
      </w:tr>
      <w:tr w:rsidR="00D16780" w:rsidRPr="002F10F4" w14:paraId="3AC4FC7E" w14:textId="77777777" w:rsidTr="00B32C5E">
        <w:trPr>
          <w:jc w:val="center"/>
        </w:trPr>
        <w:tc>
          <w:tcPr>
            <w:tcW w:w="569" w:type="dxa"/>
          </w:tcPr>
          <w:p w14:paraId="3B1C658E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1</w:t>
            </w:r>
          </w:p>
        </w:tc>
        <w:tc>
          <w:tcPr>
            <w:tcW w:w="2658" w:type="dxa"/>
            <w:vAlign w:val="center"/>
          </w:tcPr>
          <w:p w14:paraId="4B70CADB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1" w:type="dxa"/>
            <w:vAlign w:val="center"/>
          </w:tcPr>
          <w:p w14:paraId="41231E55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29" w:type="dxa"/>
            <w:vAlign w:val="center"/>
          </w:tcPr>
          <w:p w14:paraId="7B4F767F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07" w:type="dxa"/>
            <w:vAlign w:val="center"/>
          </w:tcPr>
          <w:p w14:paraId="3281DB40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D16780" w:rsidRPr="002F10F4" w14:paraId="453492F3" w14:textId="77777777" w:rsidTr="00B32C5E">
        <w:trPr>
          <w:jc w:val="center"/>
        </w:trPr>
        <w:tc>
          <w:tcPr>
            <w:tcW w:w="569" w:type="dxa"/>
          </w:tcPr>
          <w:p w14:paraId="32174A3C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2</w:t>
            </w:r>
          </w:p>
        </w:tc>
        <w:tc>
          <w:tcPr>
            <w:tcW w:w="2658" w:type="dxa"/>
            <w:vAlign w:val="center"/>
          </w:tcPr>
          <w:p w14:paraId="4287BF2E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1" w:type="dxa"/>
            <w:vAlign w:val="center"/>
          </w:tcPr>
          <w:p w14:paraId="6CBE2A50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29" w:type="dxa"/>
            <w:vAlign w:val="center"/>
          </w:tcPr>
          <w:p w14:paraId="566A40C3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07" w:type="dxa"/>
            <w:vAlign w:val="center"/>
          </w:tcPr>
          <w:p w14:paraId="454362DD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D16780" w:rsidRPr="002F10F4" w14:paraId="59338F12" w14:textId="77777777" w:rsidTr="00B32C5E">
        <w:trPr>
          <w:jc w:val="center"/>
        </w:trPr>
        <w:tc>
          <w:tcPr>
            <w:tcW w:w="569" w:type="dxa"/>
          </w:tcPr>
          <w:p w14:paraId="0CF645E1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3</w:t>
            </w:r>
          </w:p>
        </w:tc>
        <w:tc>
          <w:tcPr>
            <w:tcW w:w="2658" w:type="dxa"/>
            <w:vAlign w:val="center"/>
          </w:tcPr>
          <w:p w14:paraId="5EE374CB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1" w:type="dxa"/>
            <w:vAlign w:val="center"/>
          </w:tcPr>
          <w:p w14:paraId="57048874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29" w:type="dxa"/>
            <w:vAlign w:val="center"/>
          </w:tcPr>
          <w:p w14:paraId="63F3BBE1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07" w:type="dxa"/>
            <w:vAlign w:val="center"/>
          </w:tcPr>
          <w:p w14:paraId="187B9C9A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20EAE380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6E266EC7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D. Ejecuciones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2F10F4" w:rsidRPr="002F10F4" w14:paraId="76F61D1F" w14:textId="77777777">
        <w:trPr>
          <w:jc w:val="center"/>
        </w:trPr>
        <w:tc>
          <w:tcPr>
            <w:tcW w:w="2045" w:type="dxa"/>
            <w:shd w:val="clear" w:color="auto" w:fill="1F4E79"/>
          </w:tcPr>
          <w:p w14:paraId="5374BADC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Caso</w:t>
            </w:r>
          </w:p>
        </w:tc>
        <w:tc>
          <w:tcPr>
            <w:tcW w:w="2045" w:type="dxa"/>
            <w:shd w:val="clear" w:color="auto" w:fill="1F4E79"/>
          </w:tcPr>
          <w:p w14:paraId="4031596C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Entrada / estado inicial</w:t>
            </w:r>
          </w:p>
        </w:tc>
        <w:tc>
          <w:tcPr>
            <w:tcW w:w="2045" w:type="dxa"/>
            <w:shd w:val="clear" w:color="auto" w:fill="1F4E79"/>
          </w:tcPr>
          <w:p w14:paraId="4040535C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2045" w:type="dxa"/>
            <w:shd w:val="clear" w:color="auto" w:fill="1F4E79"/>
          </w:tcPr>
          <w:p w14:paraId="7ECAC310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Resultado observado</w:t>
            </w:r>
          </w:p>
        </w:tc>
        <w:tc>
          <w:tcPr>
            <w:tcW w:w="2045" w:type="dxa"/>
            <w:shd w:val="clear" w:color="auto" w:fill="1F4E79"/>
          </w:tcPr>
          <w:p w14:paraId="43AA4A6D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¿Coinciden? Explique</w:t>
            </w:r>
          </w:p>
        </w:tc>
      </w:tr>
      <w:tr w:rsidR="002F10F4" w:rsidRPr="002F10F4" w14:paraId="151C8305" w14:textId="77777777">
        <w:trPr>
          <w:jc w:val="center"/>
        </w:trPr>
        <w:tc>
          <w:tcPr>
            <w:tcW w:w="2045" w:type="dxa"/>
            <w:vAlign w:val="center"/>
          </w:tcPr>
          <w:p w14:paraId="5AC8332F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Válido/normal</w:t>
            </w:r>
          </w:p>
        </w:tc>
        <w:tc>
          <w:tcPr>
            <w:tcW w:w="2045" w:type="dxa"/>
            <w:vAlign w:val="center"/>
          </w:tcPr>
          <w:p w14:paraId="4D6074E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0871B22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0CCCAC7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2301BF8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171160FD" w14:textId="77777777">
        <w:trPr>
          <w:jc w:val="center"/>
        </w:trPr>
        <w:tc>
          <w:tcPr>
            <w:tcW w:w="2045" w:type="dxa"/>
            <w:vAlign w:val="center"/>
          </w:tcPr>
          <w:p w14:paraId="01DB116A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No válido o de borde</w:t>
            </w:r>
          </w:p>
        </w:tc>
        <w:tc>
          <w:tcPr>
            <w:tcW w:w="2045" w:type="dxa"/>
            <w:vAlign w:val="center"/>
          </w:tcPr>
          <w:p w14:paraId="4C37C4A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127F4C6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38A1E15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354E474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0D08B245" w14:textId="77777777">
        <w:trPr>
          <w:jc w:val="center"/>
        </w:trPr>
        <w:tc>
          <w:tcPr>
            <w:tcW w:w="2045" w:type="dxa"/>
            <w:vAlign w:val="center"/>
          </w:tcPr>
          <w:p w14:paraId="10C2767F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Adicional, si corresponde</w:t>
            </w:r>
          </w:p>
        </w:tc>
        <w:tc>
          <w:tcPr>
            <w:tcW w:w="2045" w:type="dxa"/>
            <w:vAlign w:val="center"/>
          </w:tcPr>
          <w:p w14:paraId="0F489C8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6FAA08A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691B33E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53A21B9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21ABA8B5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085"/>
        <w:gridCol w:w="7088"/>
      </w:tblGrid>
      <w:tr w:rsidR="009B32E3" w14:paraId="6199E8E6" w14:textId="77777777" w:rsidTr="00D16780">
        <w:tc>
          <w:tcPr>
            <w:tcW w:w="3085" w:type="dxa"/>
          </w:tcPr>
          <w:p w14:paraId="7A7313A7" w14:textId="5F1B5883" w:rsidR="009B32E3" w:rsidRDefault="009B32E3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 xml:space="preserve">Captura de ejecución válida: </w:t>
            </w:r>
          </w:p>
        </w:tc>
        <w:tc>
          <w:tcPr>
            <w:tcW w:w="7088" w:type="dxa"/>
          </w:tcPr>
          <w:p w14:paraId="2BC5E2C8" w14:textId="09423F7B" w:rsidR="009B32E3" w:rsidRDefault="009B32E3" w:rsidP="009B32E3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[PEGAR CAPTURA AQUÍ]</w:t>
            </w:r>
          </w:p>
        </w:tc>
      </w:tr>
      <w:tr w:rsidR="009B32E3" w14:paraId="41500859" w14:textId="77777777" w:rsidTr="00D16780">
        <w:tc>
          <w:tcPr>
            <w:tcW w:w="3085" w:type="dxa"/>
          </w:tcPr>
          <w:p w14:paraId="68889C04" w14:textId="39F481C5" w:rsidR="009B32E3" w:rsidRDefault="009B32E3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 xml:space="preserve">Captura de ejecución no válida o de borde: </w:t>
            </w:r>
          </w:p>
        </w:tc>
        <w:tc>
          <w:tcPr>
            <w:tcW w:w="7088" w:type="dxa"/>
          </w:tcPr>
          <w:p w14:paraId="5BD624D6" w14:textId="143F5F65" w:rsidR="009B32E3" w:rsidRDefault="009B32E3" w:rsidP="009B32E3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[PEGAR CAPTURA AQUÍ]</w:t>
            </w:r>
          </w:p>
        </w:tc>
      </w:tr>
    </w:tbl>
    <w:p w14:paraId="734B7880" w14:textId="77777777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6D0BDA47" w14:textId="378FCB0C" w:rsidR="003050EE" w:rsidRPr="002F10F4" w:rsidRDefault="00D16780" w:rsidP="009B32E3">
      <w:pPr>
        <w:pStyle w:val="Ttulo2"/>
        <w:pageBreakBefore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lastRenderedPageBreak/>
        <w:t xml:space="preserve">E. Análisis de </w:t>
      </w:r>
      <w:r w:rsidRPr="002F10F4">
        <w:rPr>
          <w:rFonts w:cstheme="majorHAnsi"/>
          <w:color w:val="000000" w:themeColor="text1"/>
          <w:sz w:val="24"/>
          <w:szCs w:val="24"/>
          <w:lang w:val="es-CO"/>
        </w:rPr>
        <w:t>estructuras y correctitud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2F10F4" w:rsidRPr="002F10F4" w14:paraId="7CEF5DBF" w14:textId="77777777">
        <w:trPr>
          <w:jc w:val="center"/>
        </w:trPr>
        <w:tc>
          <w:tcPr>
            <w:tcW w:w="2556" w:type="dxa"/>
            <w:shd w:val="clear" w:color="auto" w:fill="1F4E79"/>
          </w:tcPr>
          <w:p w14:paraId="7AC1B4E0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Concepto</w:t>
            </w:r>
          </w:p>
        </w:tc>
        <w:tc>
          <w:tcPr>
            <w:tcW w:w="2556" w:type="dxa"/>
            <w:shd w:val="clear" w:color="auto" w:fill="1F4E79"/>
          </w:tcPr>
          <w:p w14:paraId="7444E28B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Explicación basada en el código</w:t>
            </w:r>
          </w:p>
        </w:tc>
        <w:tc>
          <w:tcPr>
            <w:tcW w:w="2556" w:type="dxa"/>
            <w:shd w:val="clear" w:color="auto" w:fill="1F4E79"/>
          </w:tcPr>
          <w:p w14:paraId="11B3E15D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Referencia/evidencia</w:t>
            </w:r>
          </w:p>
        </w:tc>
        <w:tc>
          <w:tcPr>
            <w:tcW w:w="2556" w:type="dxa"/>
            <w:shd w:val="clear" w:color="auto" w:fill="1F4E79"/>
          </w:tcPr>
          <w:p w14:paraId="3CD971CB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Si no aplica, justifique</w:t>
            </w:r>
          </w:p>
        </w:tc>
      </w:tr>
      <w:tr w:rsidR="002F10F4" w:rsidRPr="002F10F4" w14:paraId="2656D323" w14:textId="77777777">
        <w:trPr>
          <w:jc w:val="center"/>
        </w:trPr>
        <w:tc>
          <w:tcPr>
            <w:tcW w:w="2556" w:type="dxa"/>
            <w:vAlign w:val="center"/>
          </w:tcPr>
          <w:p w14:paraId="05EC62E6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Secuencia</w:t>
            </w:r>
          </w:p>
        </w:tc>
        <w:tc>
          <w:tcPr>
            <w:tcW w:w="2556" w:type="dxa"/>
            <w:vAlign w:val="center"/>
          </w:tcPr>
          <w:p w14:paraId="589AC46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446E969D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6194D90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4F0D1401" w14:textId="77777777">
        <w:trPr>
          <w:jc w:val="center"/>
        </w:trPr>
        <w:tc>
          <w:tcPr>
            <w:tcW w:w="2556" w:type="dxa"/>
            <w:vAlign w:val="center"/>
          </w:tcPr>
          <w:p w14:paraId="6BEEA746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Condicional y ramas</w:t>
            </w:r>
          </w:p>
        </w:tc>
        <w:tc>
          <w:tcPr>
            <w:tcW w:w="2556" w:type="dxa"/>
            <w:vAlign w:val="center"/>
          </w:tcPr>
          <w:p w14:paraId="3D94262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7788C4F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54F8276B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6BC559A3" w14:textId="77777777">
        <w:trPr>
          <w:jc w:val="center"/>
        </w:trPr>
        <w:tc>
          <w:tcPr>
            <w:tcW w:w="2556" w:type="dxa"/>
            <w:vAlign w:val="center"/>
          </w:tcPr>
          <w:p w14:paraId="43C545ED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Ciclo: inicialización, condición, actualización y salida</w:t>
            </w:r>
          </w:p>
        </w:tc>
        <w:tc>
          <w:tcPr>
            <w:tcW w:w="2556" w:type="dxa"/>
            <w:vAlign w:val="center"/>
          </w:tcPr>
          <w:p w14:paraId="02186D9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7E31012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3907654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1A8D1D48" w14:textId="77777777">
        <w:trPr>
          <w:jc w:val="center"/>
        </w:trPr>
        <w:tc>
          <w:tcPr>
            <w:tcW w:w="2556" w:type="dxa"/>
            <w:vAlign w:val="center"/>
          </w:tcPr>
          <w:p w14:paraId="0D0CC44B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Invariante del ciclo</w:t>
            </w:r>
          </w:p>
        </w:tc>
        <w:tc>
          <w:tcPr>
            <w:tcW w:w="2556" w:type="dxa"/>
            <w:vAlign w:val="center"/>
          </w:tcPr>
          <w:p w14:paraId="3DD3314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6A17892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3F574C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1F18C2CF" w14:textId="77777777">
        <w:trPr>
          <w:jc w:val="center"/>
        </w:trPr>
        <w:tc>
          <w:tcPr>
            <w:tcW w:w="2556" w:type="dxa"/>
            <w:vAlign w:val="center"/>
          </w:tcPr>
          <w:p w14:paraId="32A90EBA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Terminación / progreso hacia la salida</w:t>
            </w:r>
          </w:p>
        </w:tc>
        <w:tc>
          <w:tcPr>
            <w:tcW w:w="2556" w:type="dxa"/>
            <w:vAlign w:val="center"/>
          </w:tcPr>
          <w:p w14:paraId="1AA6B88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0903084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5460C2A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3BC7051F" w14:textId="77777777">
        <w:trPr>
          <w:jc w:val="center"/>
        </w:trPr>
        <w:tc>
          <w:tcPr>
            <w:tcW w:w="2556" w:type="dxa"/>
            <w:vAlign w:val="center"/>
          </w:tcPr>
          <w:p w14:paraId="13F64AE1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Correctitud parcial</w:t>
            </w:r>
          </w:p>
        </w:tc>
        <w:tc>
          <w:tcPr>
            <w:tcW w:w="2556" w:type="dxa"/>
            <w:vAlign w:val="center"/>
          </w:tcPr>
          <w:p w14:paraId="6AA35EB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1876AA6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1B73927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0DEDC8B6" w14:textId="77777777">
        <w:trPr>
          <w:jc w:val="center"/>
        </w:trPr>
        <w:tc>
          <w:tcPr>
            <w:tcW w:w="2556" w:type="dxa"/>
            <w:vAlign w:val="center"/>
          </w:tcPr>
          <w:p w14:paraId="5D1C55F2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Correctitud total</w:t>
            </w:r>
          </w:p>
        </w:tc>
        <w:tc>
          <w:tcPr>
            <w:tcW w:w="2556" w:type="dxa"/>
            <w:vAlign w:val="center"/>
          </w:tcPr>
          <w:p w14:paraId="2319FD0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370CE6C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04FD8BED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1E5D9859" w14:textId="77777777">
        <w:trPr>
          <w:jc w:val="center"/>
        </w:trPr>
        <w:tc>
          <w:tcPr>
            <w:tcW w:w="2556" w:type="dxa"/>
            <w:vAlign w:val="center"/>
          </w:tcPr>
          <w:p w14:paraId="763997C6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Función/método y contrato</w:t>
            </w:r>
          </w:p>
        </w:tc>
        <w:tc>
          <w:tcPr>
            <w:tcW w:w="2556" w:type="dxa"/>
            <w:vAlign w:val="center"/>
          </w:tcPr>
          <w:p w14:paraId="1A8086D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4FC1759D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4BC9F8E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0D52868B" w14:textId="77777777">
        <w:trPr>
          <w:jc w:val="center"/>
        </w:trPr>
        <w:tc>
          <w:tcPr>
            <w:tcW w:w="2556" w:type="dxa"/>
            <w:vAlign w:val="center"/>
          </w:tcPr>
          <w:p w14:paraId="07AA4230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Algoritmo y propósito</w:t>
            </w:r>
          </w:p>
        </w:tc>
        <w:tc>
          <w:tcPr>
            <w:tcW w:w="2556" w:type="dxa"/>
            <w:vAlign w:val="center"/>
          </w:tcPr>
          <w:p w14:paraId="29B9D33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58E91CD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0204CDA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2EA83E86" w14:textId="77777777">
        <w:trPr>
          <w:jc w:val="center"/>
        </w:trPr>
        <w:tc>
          <w:tcPr>
            <w:tcW w:w="2556" w:type="dxa"/>
            <w:vAlign w:val="center"/>
          </w:tcPr>
          <w:p w14:paraId="3200342D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Recursividad: caso base/recursivo</w:t>
            </w:r>
          </w:p>
        </w:tc>
        <w:tc>
          <w:tcPr>
            <w:tcW w:w="2556" w:type="dxa"/>
            <w:vAlign w:val="center"/>
          </w:tcPr>
          <w:p w14:paraId="4CDE7D3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0E76F15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0414D7D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646A687D" w14:textId="77777777">
        <w:trPr>
          <w:jc w:val="center"/>
        </w:trPr>
        <w:tc>
          <w:tcPr>
            <w:tcW w:w="2556" w:type="dxa"/>
            <w:vAlign w:val="center"/>
          </w:tcPr>
          <w:p w14:paraId="07736D1B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Objetos: estado, contrato e invariante</w:t>
            </w:r>
          </w:p>
        </w:tc>
        <w:tc>
          <w:tcPr>
            <w:tcW w:w="2556" w:type="dxa"/>
            <w:vAlign w:val="center"/>
          </w:tcPr>
          <w:p w14:paraId="722D50C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4F81472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D92664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6137742D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770CA5A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 xml:space="preserve">F. Problemas y </w:t>
      </w:r>
      <w:r w:rsidRPr="002F10F4">
        <w:rPr>
          <w:rFonts w:cstheme="majorHAnsi"/>
          <w:color w:val="000000" w:themeColor="text1"/>
          <w:sz w:val="24"/>
          <w:szCs w:val="24"/>
          <w:lang w:val="es-CO"/>
        </w:rPr>
        <w:t>correcciones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6"/>
        <w:gridCol w:w="6538"/>
      </w:tblGrid>
      <w:tr w:rsidR="002F10F4" w:rsidRPr="002F10F4" w14:paraId="794D9EDB" w14:textId="77777777" w:rsidTr="009B32E3">
        <w:trPr>
          <w:jc w:val="center"/>
        </w:trPr>
        <w:tc>
          <w:tcPr>
            <w:tcW w:w="3686" w:type="dxa"/>
            <w:shd w:val="clear" w:color="auto" w:fill="1F4E79"/>
          </w:tcPr>
          <w:p w14:paraId="2D0F96AB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6538" w:type="dxa"/>
            <w:shd w:val="clear" w:color="auto" w:fill="1F4E79"/>
          </w:tcPr>
          <w:p w14:paraId="4A13EBE5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Respuesta / evidencia</w:t>
            </w:r>
          </w:p>
        </w:tc>
      </w:tr>
      <w:tr w:rsidR="002F10F4" w:rsidRPr="002F10F4" w14:paraId="01FE4621" w14:textId="77777777" w:rsidTr="009B32E3">
        <w:trPr>
          <w:jc w:val="center"/>
        </w:trPr>
        <w:tc>
          <w:tcPr>
            <w:tcW w:w="3686" w:type="dxa"/>
            <w:vAlign w:val="center"/>
          </w:tcPr>
          <w:p w14:paraId="31D442A0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Diferencia o defecto encontrado</w:t>
            </w:r>
          </w:p>
        </w:tc>
        <w:tc>
          <w:tcPr>
            <w:tcW w:w="6538" w:type="dxa"/>
            <w:vAlign w:val="center"/>
          </w:tcPr>
          <w:p w14:paraId="370CD2C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433CC4F8" w14:textId="77777777" w:rsidTr="009B32E3">
        <w:trPr>
          <w:jc w:val="center"/>
        </w:trPr>
        <w:tc>
          <w:tcPr>
            <w:tcW w:w="3686" w:type="dxa"/>
            <w:vAlign w:val="center"/>
          </w:tcPr>
          <w:p w14:paraId="12D517D0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Corrección realizada, si aplica</w:t>
            </w:r>
          </w:p>
        </w:tc>
        <w:tc>
          <w:tcPr>
            <w:tcW w:w="6538" w:type="dxa"/>
            <w:vAlign w:val="center"/>
          </w:tcPr>
          <w:p w14:paraId="13FF466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147BB500" w14:textId="77777777" w:rsidTr="009B32E3">
        <w:trPr>
          <w:jc w:val="center"/>
        </w:trPr>
        <w:tc>
          <w:tcPr>
            <w:tcW w:w="3686" w:type="dxa"/>
            <w:vAlign w:val="center"/>
          </w:tcPr>
          <w:p w14:paraId="0D5D38FC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Nueva ejecución y resultado</w:t>
            </w:r>
          </w:p>
        </w:tc>
        <w:tc>
          <w:tcPr>
            <w:tcW w:w="6538" w:type="dxa"/>
            <w:vAlign w:val="center"/>
          </w:tcPr>
          <w:p w14:paraId="4C5FDBA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B32E3" w:rsidRPr="002F10F4" w14:paraId="5AC5E9F5" w14:textId="77777777" w:rsidTr="009B32E3">
        <w:trPr>
          <w:jc w:val="center"/>
        </w:trPr>
        <w:tc>
          <w:tcPr>
            <w:tcW w:w="3686" w:type="dxa"/>
            <w:vAlign w:val="center"/>
          </w:tcPr>
          <w:p w14:paraId="68DB6E1B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Si no hubo diferencias, evidencia que lo respalda</w:t>
            </w:r>
          </w:p>
        </w:tc>
        <w:tc>
          <w:tcPr>
            <w:tcW w:w="6538" w:type="dxa"/>
            <w:vAlign w:val="center"/>
          </w:tcPr>
          <w:p w14:paraId="451BE8F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75AD30BF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1033F9F0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G. Conclusión de esta funcionalidad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6255"/>
      </w:tblGrid>
      <w:tr w:rsidR="002F10F4" w:rsidRPr="002F10F4" w14:paraId="643ACABB" w14:textId="77777777" w:rsidTr="009B32E3">
        <w:trPr>
          <w:jc w:val="center"/>
        </w:trPr>
        <w:tc>
          <w:tcPr>
            <w:tcW w:w="3969" w:type="dxa"/>
            <w:shd w:val="clear" w:color="auto" w:fill="1F4E79"/>
          </w:tcPr>
          <w:p w14:paraId="35082B0E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6255" w:type="dxa"/>
            <w:shd w:val="clear" w:color="auto" w:fill="1F4E79"/>
          </w:tcPr>
          <w:p w14:paraId="15687AC6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Respuesta / evidencia</w:t>
            </w:r>
          </w:p>
        </w:tc>
      </w:tr>
      <w:tr w:rsidR="002F10F4" w:rsidRPr="002F10F4" w14:paraId="1965D72B" w14:textId="77777777" w:rsidTr="009B32E3">
        <w:trPr>
          <w:jc w:val="center"/>
        </w:trPr>
        <w:tc>
          <w:tcPr>
            <w:tcW w:w="3969" w:type="dxa"/>
            <w:vAlign w:val="center"/>
          </w:tcPr>
          <w:p w14:paraId="3E8048BE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¿Qué quedó verificado?</w:t>
            </w:r>
          </w:p>
        </w:tc>
        <w:tc>
          <w:tcPr>
            <w:tcW w:w="6255" w:type="dxa"/>
            <w:vAlign w:val="center"/>
          </w:tcPr>
          <w:p w14:paraId="5A736E9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32208F9C" w14:textId="77777777" w:rsidTr="009B32E3">
        <w:trPr>
          <w:jc w:val="center"/>
        </w:trPr>
        <w:tc>
          <w:tcPr>
            <w:tcW w:w="3969" w:type="dxa"/>
            <w:vAlign w:val="center"/>
          </w:tcPr>
          <w:p w14:paraId="72FC5752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¿Qué limitación o riesgo permanece?</w:t>
            </w:r>
          </w:p>
        </w:tc>
        <w:tc>
          <w:tcPr>
            <w:tcW w:w="6255" w:type="dxa"/>
            <w:vAlign w:val="center"/>
          </w:tcPr>
          <w:p w14:paraId="55AEE8A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B32E3" w:rsidRPr="002F10F4" w14:paraId="25C8AD26" w14:textId="77777777" w:rsidTr="009B32E3">
        <w:trPr>
          <w:jc w:val="center"/>
        </w:trPr>
        <w:tc>
          <w:tcPr>
            <w:tcW w:w="3969" w:type="dxa"/>
            <w:vAlign w:val="center"/>
          </w:tcPr>
          <w:p w14:paraId="263222F3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¿Qué falta mejorar?</w:t>
            </w:r>
          </w:p>
        </w:tc>
        <w:tc>
          <w:tcPr>
            <w:tcW w:w="6255" w:type="dxa"/>
            <w:vAlign w:val="center"/>
          </w:tcPr>
          <w:p w14:paraId="6C737E7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1EA74A92" w14:textId="648CBB88" w:rsidR="003050EE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0603314B" w14:textId="4386B867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25D1D10" w14:textId="6930B9E3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0D5839D2" w14:textId="0CAEE68A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CCEE6EB" w14:textId="187D9459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4B0DF0B" w14:textId="30697221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584C1A41" w14:textId="7A980747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355C1C90" w14:textId="29C09E33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5D81D4DB" w14:textId="58CFB697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339CA150" w14:textId="1AE54777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68F36C0E" w14:textId="5D854E65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5E1D5573" w14:textId="77777777" w:rsidR="009B32E3" w:rsidRPr="002F10F4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12E48C9F" w14:textId="77777777" w:rsidR="003050EE" w:rsidRPr="002F10F4" w:rsidRDefault="00D16780" w:rsidP="002F10F4">
      <w:pPr>
        <w:pStyle w:val="Ttulo1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lastRenderedPageBreak/>
        <w:t>3.2 Funcionalidad 2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389"/>
      </w:tblGrid>
      <w:tr w:rsidR="002F10F4" w:rsidRPr="002F10F4" w14:paraId="5CF717FE" w14:textId="77777777" w:rsidTr="00D16780">
        <w:trPr>
          <w:jc w:val="center"/>
        </w:trPr>
        <w:tc>
          <w:tcPr>
            <w:tcW w:w="2835" w:type="dxa"/>
            <w:shd w:val="clear" w:color="auto" w:fill="1F4E79"/>
          </w:tcPr>
          <w:p w14:paraId="64F37179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7389" w:type="dxa"/>
            <w:shd w:val="clear" w:color="auto" w:fill="1F4E79"/>
          </w:tcPr>
          <w:p w14:paraId="6A551442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Respuesta / evidencia</w:t>
            </w:r>
          </w:p>
        </w:tc>
      </w:tr>
      <w:tr w:rsidR="002F10F4" w:rsidRPr="002F10F4" w14:paraId="3BEB48B4" w14:textId="77777777" w:rsidTr="009B32E3">
        <w:trPr>
          <w:jc w:val="center"/>
        </w:trPr>
        <w:tc>
          <w:tcPr>
            <w:tcW w:w="2835" w:type="dxa"/>
            <w:vAlign w:val="center"/>
          </w:tcPr>
          <w:p w14:paraId="0E605A52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Nombre y propósito</w:t>
            </w:r>
          </w:p>
        </w:tc>
        <w:tc>
          <w:tcPr>
            <w:tcW w:w="7389" w:type="dxa"/>
            <w:vAlign w:val="center"/>
          </w:tcPr>
          <w:p w14:paraId="2175B69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3EFF3360" w14:textId="77777777" w:rsidTr="009B32E3">
        <w:trPr>
          <w:jc w:val="center"/>
        </w:trPr>
        <w:tc>
          <w:tcPr>
            <w:tcW w:w="2835" w:type="dxa"/>
            <w:vAlign w:val="center"/>
          </w:tcPr>
          <w:p w14:paraId="4C50E68D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Actor/usuario</w:t>
            </w:r>
          </w:p>
        </w:tc>
        <w:tc>
          <w:tcPr>
            <w:tcW w:w="7389" w:type="dxa"/>
            <w:vAlign w:val="center"/>
          </w:tcPr>
          <w:p w14:paraId="56A97BC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2BADBC73" w14:textId="77777777" w:rsidTr="009B32E3">
        <w:trPr>
          <w:jc w:val="center"/>
        </w:trPr>
        <w:tc>
          <w:tcPr>
            <w:tcW w:w="2835" w:type="dxa"/>
            <w:vAlign w:val="center"/>
          </w:tcPr>
          <w:p w14:paraId="5F62C3CA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Entradas y tipos de datos</w:t>
            </w:r>
          </w:p>
        </w:tc>
        <w:tc>
          <w:tcPr>
            <w:tcW w:w="7389" w:type="dxa"/>
            <w:vAlign w:val="center"/>
          </w:tcPr>
          <w:p w14:paraId="6AFDF50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B32E3" w:rsidRPr="002F10F4" w14:paraId="55DAA01C" w14:textId="77777777" w:rsidTr="009B32E3">
        <w:trPr>
          <w:jc w:val="center"/>
        </w:trPr>
        <w:tc>
          <w:tcPr>
            <w:tcW w:w="2835" w:type="dxa"/>
            <w:vAlign w:val="center"/>
          </w:tcPr>
          <w:p w14:paraId="43235687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7389" w:type="dxa"/>
            <w:vAlign w:val="center"/>
          </w:tcPr>
          <w:p w14:paraId="3DBB4F3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3F3D35AD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A411015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 xml:space="preserve">A. </w:t>
      </w:r>
      <w:r w:rsidRPr="002F10F4">
        <w:rPr>
          <w:rFonts w:cstheme="majorHAnsi"/>
          <w:color w:val="000000" w:themeColor="text1"/>
          <w:sz w:val="24"/>
          <w:szCs w:val="24"/>
          <w:lang w:val="es-CO"/>
        </w:rPr>
        <w:t>Contrato PRE/POST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2F10F4" w:rsidRPr="002F10F4" w14:paraId="5392988A" w14:textId="77777777" w:rsidTr="00D16780">
        <w:trPr>
          <w:jc w:val="center"/>
        </w:trPr>
        <w:tc>
          <w:tcPr>
            <w:tcW w:w="2556" w:type="dxa"/>
            <w:shd w:val="clear" w:color="auto" w:fill="1F4E79"/>
          </w:tcPr>
          <w:p w14:paraId="1D12AE21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2556" w:type="dxa"/>
            <w:shd w:val="clear" w:color="auto" w:fill="1F4E79"/>
          </w:tcPr>
          <w:p w14:paraId="70AED9D0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Especificación</w:t>
            </w:r>
          </w:p>
        </w:tc>
        <w:tc>
          <w:tcPr>
            <w:tcW w:w="2556" w:type="dxa"/>
            <w:shd w:val="clear" w:color="auto" w:fill="1F4E79"/>
          </w:tcPr>
          <w:p w14:paraId="7EE6F8BE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Cómo se refleja en el código</w:t>
            </w:r>
          </w:p>
        </w:tc>
        <w:tc>
          <w:tcPr>
            <w:tcW w:w="2556" w:type="dxa"/>
            <w:shd w:val="clear" w:color="auto" w:fill="1F4E79"/>
          </w:tcPr>
          <w:p w14:paraId="7DE19EB6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Archivo/línea</w:t>
            </w:r>
          </w:p>
        </w:tc>
      </w:tr>
      <w:tr w:rsidR="002F10F4" w:rsidRPr="002F10F4" w14:paraId="41998CFD" w14:textId="77777777">
        <w:trPr>
          <w:jc w:val="center"/>
        </w:trPr>
        <w:tc>
          <w:tcPr>
            <w:tcW w:w="2556" w:type="dxa"/>
            <w:vAlign w:val="center"/>
          </w:tcPr>
          <w:p w14:paraId="39F2B9AE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PRE: condiciones previas</w:t>
            </w:r>
          </w:p>
        </w:tc>
        <w:tc>
          <w:tcPr>
            <w:tcW w:w="2556" w:type="dxa"/>
            <w:vAlign w:val="center"/>
          </w:tcPr>
          <w:p w14:paraId="2FCA0FF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75D45D8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6F16326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0996A8B2" w14:textId="77777777">
        <w:trPr>
          <w:jc w:val="center"/>
        </w:trPr>
        <w:tc>
          <w:tcPr>
            <w:tcW w:w="2556" w:type="dxa"/>
            <w:vAlign w:val="center"/>
          </w:tcPr>
          <w:p w14:paraId="3AC29675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POST: resultado esperado</w:t>
            </w:r>
          </w:p>
        </w:tc>
        <w:tc>
          <w:tcPr>
            <w:tcW w:w="2556" w:type="dxa"/>
            <w:vAlign w:val="center"/>
          </w:tcPr>
          <w:p w14:paraId="5612EA7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EB9702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1B11813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6B12944F" w14:textId="77777777">
        <w:trPr>
          <w:jc w:val="center"/>
        </w:trPr>
        <w:tc>
          <w:tcPr>
            <w:tcW w:w="2556" w:type="dxa"/>
            <w:vAlign w:val="center"/>
          </w:tcPr>
          <w:p w14:paraId="73D2715A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Aserción o comprobación, si aplica</w:t>
            </w:r>
          </w:p>
        </w:tc>
        <w:tc>
          <w:tcPr>
            <w:tcW w:w="2556" w:type="dxa"/>
            <w:vAlign w:val="center"/>
          </w:tcPr>
          <w:p w14:paraId="6B538ED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7F9BC5C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15FECD3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42D08DCA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55DC5839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B. Código relevante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2F10F4" w:rsidRPr="002F10F4" w14:paraId="5C574FB2" w14:textId="77777777" w:rsidTr="00D16780">
        <w:trPr>
          <w:jc w:val="center"/>
        </w:trPr>
        <w:tc>
          <w:tcPr>
            <w:tcW w:w="3408" w:type="dxa"/>
            <w:shd w:val="clear" w:color="auto" w:fill="1F4E79"/>
          </w:tcPr>
          <w:p w14:paraId="01315462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Aspecto</w:t>
            </w:r>
          </w:p>
        </w:tc>
        <w:tc>
          <w:tcPr>
            <w:tcW w:w="3408" w:type="dxa"/>
            <w:shd w:val="clear" w:color="auto" w:fill="1F4E79"/>
          </w:tcPr>
          <w:p w14:paraId="5C7EE6A0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Fragmento o referencia</w:t>
            </w:r>
          </w:p>
        </w:tc>
        <w:tc>
          <w:tcPr>
            <w:tcW w:w="3408" w:type="dxa"/>
            <w:shd w:val="clear" w:color="auto" w:fill="1F4E79"/>
          </w:tcPr>
          <w:p w14:paraId="0B627CB8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Explicación</w:t>
            </w:r>
          </w:p>
        </w:tc>
      </w:tr>
      <w:tr w:rsidR="002F10F4" w:rsidRPr="002F10F4" w14:paraId="61000FBA" w14:textId="77777777">
        <w:trPr>
          <w:jc w:val="center"/>
        </w:trPr>
        <w:tc>
          <w:tcPr>
            <w:tcW w:w="3408" w:type="dxa"/>
            <w:vAlign w:val="center"/>
          </w:tcPr>
          <w:p w14:paraId="1C9949FD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Implementación principal</w:t>
            </w:r>
          </w:p>
        </w:tc>
        <w:tc>
          <w:tcPr>
            <w:tcW w:w="3408" w:type="dxa"/>
            <w:vAlign w:val="center"/>
          </w:tcPr>
          <w:p w14:paraId="3FB83F1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1A58F01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66394F25" w14:textId="77777777">
        <w:trPr>
          <w:jc w:val="center"/>
        </w:trPr>
        <w:tc>
          <w:tcPr>
            <w:tcW w:w="3408" w:type="dxa"/>
            <w:vAlign w:val="center"/>
          </w:tcPr>
          <w:p w14:paraId="5A683D31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Validación de PRE/entradas</w:t>
            </w:r>
          </w:p>
        </w:tc>
        <w:tc>
          <w:tcPr>
            <w:tcW w:w="3408" w:type="dxa"/>
            <w:vAlign w:val="center"/>
          </w:tcPr>
          <w:p w14:paraId="6C006CD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675C97D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24085F2A" w14:textId="77777777">
        <w:trPr>
          <w:jc w:val="center"/>
        </w:trPr>
        <w:tc>
          <w:tcPr>
            <w:tcW w:w="3408" w:type="dxa"/>
            <w:vAlign w:val="center"/>
          </w:tcPr>
          <w:p w14:paraId="3F9E21F2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Resultado o comprobación de POST</w:t>
            </w:r>
          </w:p>
        </w:tc>
        <w:tc>
          <w:tcPr>
            <w:tcW w:w="3408" w:type="dxa"/>
            <w:vAlign w:val="center"/>
          </w:tcPr>
          <w:p w14:paraId="3089232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1816214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5A4F6643" w14:textId="77777777">
        <w:trPr>
          <w:jc w:val="center"/>
        </w:trPr>
        <w:tc>
          <w:tcPr>
            <w:tcW w:w="3408" w:type="dxa"/>
            <w:vAlign w:val="center"/>
          </w:tcPr>
          <w:p w14:paraId="7037A014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Condicional, si existe</w:t>
            </w:r>
          </w:p>
        </w:tc>
        <w:tc>
          <w:tcPr>
            <w:tcW w:w="3408" w:type="dxa"/>
            <w:vAlign w:val="center"/>
          </w:tcPr>
          <w:p w14:paraId="2105069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58DABB4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31B9AAAB" w14:textId="77777777">
        <w:trPr>
          <w:jc w:val="center"/>
        </w:trPr>
        <w:tc>
          <w:tcPr>
            <w:tcW w:w="3408" w:type="dxa"/>
            <w:vAlign w:val="center"/>
          </w:tcPr>
          <w:p w14:paraId="3312FF84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Ciclo, si existe</w:t>
            </w:r>
          </w:p>
        </w:tc>
        <w:tc>
          <w:tcPr>
            <w:tcW w:w="3408" w:type="dxa"/>
            <w:vAlign w:val="center"/>
          </w:tcPr>
          <w:p w14:paraId="7AE1495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2FC8498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0FC150DD" w14:textId="77777777">
        <w:trPr>
          <w:jc w:val="center"/>
        </w:trPr>
        <w:tc>
          <w:tcPr>
            <w:tcW w:w="3408" w:type="dxa"/>
            <w:vAlign w:val="center"/>
          </w:tcPr>
          <w:p w14:paraId="3AD527CE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Función/método o algoritmo, si existe</w:t>
            </w:r>
          </w:p>
        </w:tc>
        <w:tc>
          <w:tcPr>
            <w:tcW w:w="3408" w:type="dxa"/>
            <w:vAlign w:val="center"/>
          </w:tcPr>
          <w:p w14:paraId="1E64E0D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1F11FA7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0647EE47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108CD1EB" w14:textId="41B449B9" w:rsidR="003050EE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C. Verificación razonada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9"/>
        <w:gridCol w:w="2658"/>
        <w:gridCol w:w="2551"/>
        <w:gridCol w:w="2529"/>
        <w:gridCol w:w="2007"/>
      </w:tblGrid>
      <w:tr w:rsidR="00D16780" w:rsidRPr="002F10F4" w14:paraId="78B12583" w14:textId="77777777" w:rsidTr="00B32C5E">
        <w:trPr>
          <w:jc w:val="center"/>
        </w:trPr>
        <w:tc>
          <w:tcPr>
            <w:tcW w:w="569" w:type="dxa"/>
            <w:shd w:val="clear" w:color="auto" w:fill="1F4E79"/>
          </w:tcPr>
          <w:p w14:paraId="10CEEF85" w14:textId="77777777" w:rsidR="00D16780" w:rsidRPr="009B32E3" w:rsidRDefault="00D16780" w:rsidP="00B32C5E">
            <w:pPr>
              <w:spacing w:after="0"/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No.</w:t>
            </w:r>
          </w:p>
        </w:tc>
        <w:tc>
          <w:tcPr>
            <w:tcW w:w="2658" w:type="dxa"/>
            <w:shd w:val="clear" w:color="auto" w:fill="1F4E79"/>
          </w:tcPr>
          <w:p w14:paraId="6DC78067" w14:textId="77777777" w:rsidR="00D16780" w:rsidRPr="009B32E3" w:rsidRDefault="00D16780" w:rsidP="00B32C5E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Condición verificada</w:t>
            </w:r>
          </w:p>
        </w:tc>
        <w:tc>
          <w:tcPr>
            <w:tcW w:w="2551" w:type="dxa"/>
            <w:shd w:val="clear" w:color="auto" w:fill="1F4E79"/>
          </w:tcPr>
          <w:p w14:paraId="1995ED60" w14:textId="77777777" w:rsidR="00D16780" w:rsidRPr="009B32E3" w:rsidRDefault="00D16780" w:rsidP="00B32C5E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Cómo se comprueba</w:t>
            </w:r>
          </w:p>
        </w:tc>
        <w:tc>
          <w:tcPr>
            <w:tcW w:w="2529" w:type="dxa"/>
            <w:shd w:val="clear" w:color="auto" w:fill="1F4E79"/>
          </w:tcPr>
          <w:p w14:paraId="27C03C64" w14:textId="77777777" w:rsidR="00D16780" w:rsidRPr="009B32E3" w:rsidRDefault="00D16780" w:rsidP="00B32C5E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2007" w:type="dxa"/>
            <w:shd w:val="clear" w:color="auto" w:fill="1F4E79"/>
          </w:tcPr>
          <w:p w14:paraId="14D98ADE" w14:textId="77777777" w:rsidR="00D16780" w:rsidRPr="009B32E3" w:rsidRDefault="00D16780" w:rsidP="00B32C5E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Conclusión</w:t>
            </w:r>
          </w:p>
        </w:tc>
      </w:tr>
      <w:tr w:rsidR="00D16780" w:rsidRPr="002F10F4" w14:paraId="6B192F5D" w14:textId="77777777" w:rsidTr="00B32C5E">
        <w:trPr>
          <w:jc w:val="center"/>
        </w:trPr>
        <w:tc>
          <w:tcPr>
            <w:tcW w:w="569" w:type="dxa"/>
          </w:tcPr>
          <w:p w14:paraId="3EF8FBA4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1</w:t>
            </w:r>
          </w:p>
        </w:tc>
        <w:tc>
          <w:tcPr>
            <w:tcW w:w="2658" w:type="dxa"/>
            <w:vAlign w:val="center"/>
          </w:tcPr>
          <w:p w14:paraId="70DA8F87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1" w:type="dxa"/>
            <w:vAlign w:val="center"/>
          </w:tcPr>
          <w:p w14:paraId="0BC11CCA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29" w:type="dxa"/>
            <w:vAlign w:val="center"/>
          </w:tcPr>
          <w:p w14:paraId="0A7A36D8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07" w:type="dxa"/>
            <w:vAlign w:val="center"/>
          </w:tcPr>
          <w:p w14:paraId="0D96BE8F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D16780" w:rsidRPr="002F10F4" w14:paraId="5F890243" w14:textId="77777777" w:rsidTr="00B32C5E">
        <w:trPr>
          <w:jc w:val="center"/>
        </w:trPr>
        <w:tc>
          <w:tcPr>
            <w:tcW w:w="569" w:type="dxa"/>
          </w:tcPr>
          <w:p w14:paraId="403B0490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2</w:t>
            </w:r>
          </w:p>
        </w:tc>
        <w:tc>
          <w:tcPr>
            <w:tcW w:w="2658" w:type="dxa"/>
            <w:vAlign w:val="center"/>
          </w:tcPr>
          <w:p w14:paraId="332AD2DE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1" w:type="dxa"/>
            <w:vAlign w:val="center"/>
          </w:tcPr>
          <w:p w14:paraId="0CE85E3A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29" w:type="dxa"/>
            <w:vAlign w:val="center"/>
          </w:tcPr>
          <w:p w14:paraId="497386CD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07" w:type="dxa"/>
            <w:vAlign w:val="center"/>
          </w:tcPr>
          <w:p w14:paraId="700734FF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D16780" w:rsidRPr="002F10F4" w14:paraId="434033B3" w14:textId="77777777" w:rsidTr="00B32C5E">
        <w:trPr>
          <w:jc w:val="center"/>
        </w:trPr>
        <w:tc>
          <w:tcPr>
            <w:tcW w:w="569" w:type="dxa"/>
          </w:tcPr>
          <w:p w14:paraId="2628A646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3</w:t>
            </w:r>
          </w:p>
        </w:tc>
        <w:tc>
          <w:tcPr>
            <w:tcW w:w="2658" w:type="dxa"/>
            <w:vAlign w:val="center"/>
          </w:tcPr>
          <w:p w14:paraId="007F8E6B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1" w:type="dxa"/>
            <w:vAlign w:val="center"/>
          </w:tcPr>
          <w:p w14:paraId="3887612F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29" w:type="dxa"/>
            <w:vAlign w:val="center"/>
          </w:tcPr>
          <w:p w14:paraId="3CA81866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07" w:type="dxa"/>
            <w:vAlign w:val="center"/>
          </w:tcPr>
          <w:p w14:paraId="17BCDB92" w14:textId="77777777" w:rsidR="00D16780" w:rsidRPr="002F10F4" w:rsidRDefault="00D16780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641B24C8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005EF82F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D. Ejecuciones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2F10F4" w:rsidRPr="002F10F4" w14:paraId="34B9E5E7" w14:textId="77777777" w:rsidTr="00D16780">
        <w:trPr>
          <w:jc w:val="center"/>
        </w:trPr>
        <w:tc>
          <w:tcPr>
            <w:tcW w:w="2045" w:type="dxa"/>
            <w:shd w:val="clear" w:color="auto" w:fill="1F4E79"/>
          </w:tcPr>
          <w:p w14:paraId="5663C949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Caso</w:t>
            </w:r>
          </w:p>
        </w:tc>
        <w:tc>
          <w:tcPr>
            <w:tcW w:w="2045" w:type="dxa"/>
            <w:shd w:val="clear" w:color="auto" w:fill="1F4E79"/>
          </w:tcPr>
          <w:p w14:paraId="4D2DE7C9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Entrada / estado inicial</w:t>
            </w:r>
          </w:p>
        </w:tc>
        <w:tc>
          <w:tcPr>
            <w:tcW w:w="2045" w:type="dxa"/>
            <w:shd w:val="clear" w:color="auto" w:fill="1F4E79"/>
          </w:tcPr>
          <w:p w14:paraId="7521F251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2045" w:type="dxa"/>
            <w:shd w:val="clear" w:color="auto" w:fill="1F4E79"/>
          </w:tcPr>
          <w:p w14:paraId="325A07A3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Resultado observado</w:t>
            </w:r>
          </w:p>
        </w:tc>
        <w:tc>
          <w:tcPr>
            <w:tcW w:w="2045" w:type="dxa"/>
            <w:shd w:val="clear" w:color="auto" w:fill="1F4E79"/>
          </w:tcPr>
          <w:p w14:paraId="42E3B595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¿Coinciden? Explique</w:t>
            </w:r>
          </w:p>
        </w:tc>
      </w:tr>
      <w:tr w:rsidR="002F10F4" w:rsidRPr="002F10F4" w14:paraId="7E2E0BD9" w14:textId="77777777">
        <w:trPr>
          <w:jc w:val="center"/>
        </w:trPr>
        <w:tc>
          <w:tcPr>
            <w:tcW w:w="2045" w:type="dxa"/>
            <w:vAlign w:val="center"/>
          </w:tcPr>
          <w:p w14:paraId="5AB5A16A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Válido/normal</w:t>
            </w:r>
          </w:p>
        </w:tc>
        <w:tc>
          <w:tcPr>
            <w:tcW w:w="2045" w:type="dxa"/>
            <w:vAlign w:val="center"/>
          </w:tcPr>
          <w:p w14:paraId="04FE38D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27D6BDE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7440638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6536B0EB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2A6A703C" w14:textId="77777777">
        <w:trPr>
          <w:jc w:val="center"/>
        </w:trPr>
        <w:tc>
          <w:tcPr>
            <w:tcW w:w="2045" w:type="dxa"/>
            <w:vAlign w:val="center"/>
          </w:tcPr>
          <w:p w14:paraId="478973ED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No válido o de borde</w:t>
            </w:r>
          </w:p>
        </w:tc>
        <w:tc>
          <w:tcPr>
            <w:tcW w:w="2045" w:type="dxa"/>
            <w:vAlign w:val="center"/>
          </w:tcPr>
          <w:p w14:paraId="7F311AB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19DBEE7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25577C5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2849987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09CDC40A" w14:textId="77777777">
        <w:trPr>
          <w:jc w:val="center"/>
        </w:trPr>
        <w:tc>
          <w:tcPr>
            <w:tcW w:w="2045" w:type="dxa"/>
            <w:vAlign w:val="center"/>
          </w:tcPr>
          <w:p w14:paraId="50607C52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Adicional, si corresponde</w:t>
            </w:r>
          </w:p>
        </w:tc>
        <w:tc>
          <w:tcPr>
            <w:tcW w:w="2045" w:type="dxa"/>
            <w:vAlign w:val="center"/>
          </w:tcPr>
          <w:p w14:paraId="208E3D6B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0BD6ED5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4F5CEB2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3AB6970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35E65FD7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085"/>
        <w:gridCol w:w="7088"/>
      </w:tblGrid>
      <w:tr w:rsidR="009B32E3" w14:paraId="7883920F" w14:textId="77777777" w:rsidTr="00D16780">
        <w:tc>
          <w:tcPr>
            <w:tcW w:w="3085" w:type="dxa"/>
          </w:tcPr>
          <w:p w14:paraId="071162CF" w14:textId="77777777" w:rsidR="009B32E3" w:rsidRDefault="009B32E3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 xml:space="preserve">Captura de ejecución válida: </w:t>
            </w:r>
          </w:p>
        </w:tc>
        <w:tc>
          <w:tcPr>
            <w:tcW w:w="7088" w:type="dxa"/>
          </w:tcPr>
          <w:p w14:paraId="41085A78" w14:textId="77777777" w:rsidR="009B32E3" w:rsidRDefault="009B32E3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[PEGAR CAPTURA AQUÍ]</w:t>
            </w:r>
          </w:p>
        </w:tc>
      </w:tr>
      <w:tr w:rsidR="009B32E3" w14:paraId="219B23D4" w14:textId="77777777" w:rsidTr="00D16780">
        <w:tc>
          <w:tcPr>
            <w:tcW w:w="3085" w:type="dxa"/>
          </w:tcPr>
          <w:p w14:paraId="6A87509E" w14:textId="77777777" w:rsidR="009B32E3" w:rsidRDefault="009B32E3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 xml:space="preserve">Captura de ejecución no válida o de borde: </w:t>
            </w:r>
          </w:p>
        </w:tc>
        <w:tc>
          <w:tcPr>
            <w:tcW w:w="7088" w:type="dxa"/>
          </w:tcPr>
          <w:p w14:paraId="642CB150" w14:textId="77777777" w:rsidR="009B32E3" w:rsidRDefault="009B32E3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[PEGAR CAPTURA AQUÍ]</w:t>
            </w:r>
          </w:p>
        </w:tc>
      </w:tr>
    </w:tbl>
    <w:p w14:paraId="57BA46B8" w14:textId="77777777" w:rsidR="009B32E3" w:rsidRDefault="009B32E3" w:rsidP="009B32E3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7064BB7A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E. Análisis de estructuras y correctitud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2F10F4" w:rsidRPr="002F10F4" w14:paraId="46675237" w14:textId="77777777">
        <w:trPr>
          <w:jc w:val="center"/>
        </w:trPr>
        <w:tc>
          <w:tcPr>
            <w:tcW w:w="2556" w:type="dxa"/>
            <w:shd w:val="clear" w:color="auto" w:fill="1F4E79"/>
          </w:tcPr>
          <w:p w14:paraId="637925D6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Concepto</w:t>
            </w:r>
          </w:p>
        </w:tc>
        <w:tc>
          <w:tcPr>
            <w:tcW w:w="2556" w:type="dxa"/>
            <w:shd w:val="clear" w:color="auto" w:fill="1F4E79"/>
          </w:tcPr>
          <w:p w14:paraId="39AD7FF3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Explicación basada en el código</w:t>
            </w:r>
          </w:p>
        </w:tc>
        <w:tc>
          <w:tcPr>
            <w:tcW w:w="2556" w:type="dxa"/>
            <w:shd w:val="clear" w:color="auto" w:fill="1F4E79"/>
          </w:tcPr>
          <w:p w14:paraId="501254C2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Referencia/evidencia</w:t>
            </w:r>
          </w:p>
        </w:tc>
        <w:tc>
          <w:tcPr>
            <w:tcW w:w="2556" w:type="dxa"/>
            <w:shd w:val="clear" w:color="auto" w:fill="1F4E79"/>
          </w:tcPr>
          <w:p w14:paraId="6A4A7B41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Si no aplica, justifique</w:t>
            </w:r>
          </w:p>
        </w:tc>
      </w:tr>
      <w:tr w:rsidR="002F10F4" w:rsidRPr="002F10F4" w14:paraId="204466B5" w14:textId="77777777">
        <w:trPr>
          <w:jc w:val="center"/>
        </w:trPr>
        <w:tc>
          <w:tcPr>
            <w:tcW w:w="2556" w:type="dxa"/>
            <w:vAlign w:val="center"/>
          </w:tcPr>
          <w:p w14:paraId="04C9ED83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Secuencia</w:t>
            </w:r>
          </w:p>
        </w:tc>
        <w:tc>
          <w:tcPr>
            <w:tcW w:w="2556" w:type="dxa"/>
            <w:vAlign w:val="center"/>
          </w:tcPr>
          <w:p w14:paraId="51A972C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6CA56BB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121945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7E834C44" w14:textId="77777777">
        <w:trPr>
          <w:jc w:val="center"/>
        </w:trPr>
        <w:tc>
          <w:tcPr>
            <w:tcW w:w="2556" w:type="dxa"/>
            <w:vAlign w:val="center"/>
          </w:tcPr>
          <w:p w14:paraId="7B2501D2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Condicional y ramas</w:t>
            </w:r>
          </w:p>
        </w:tc>
        <w:tc>
          <w:tcPr>
            <w:tcW w:w="2556" w:type="dxa"/>
            <w:vAlign w:val="center"/>
          </w:tcPr>
          <w:p w14:paraId="55C3CDD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53BCE1B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102BE1D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31C9169E" w14:textId="77777777">
        <w:trPr>
          <w:jc w:val="center"/>
        </w:trPr>
        <w:tc>
          <w:tcPr>
            <w:tcW w:w="2556" w:type="dxa"/>
            <w:vAlign w:val="center"/>
          </w:tcPr>
          <w:p w14:paraId="0E11CD22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Ciclo: inicialización, condición, actualización y salida</w:t>
            </w:r>
          </w:p>
        </w:tc>
        <w:tc>
          <w:tcPr>
            <w:tcW w:w="2556" w:type="dxa"/>
            <w:vAlign w:val="center"/>
          </w:tcPr>
          <w:p w14:paraId="5BF751B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3A06B47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E45408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5EBE52FA" w14:textId="77777777">
        <w:trPr>
          <w:jc w:val="center"/>
        </w:trPr>
        <w:tc>
          <w:tcPr>
            <w:tcW w:w="2556" w:type="dxa"/>
            <w:vAlign w:val="center"/>
          </w:tcPr>
          <w:p w14:paraId="0A757F3F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Invariante del ciclo</w:t>
            </w:r>
          </w:p>
        </w:tc>
        <w:tc>
          <w:tcPr>
            <w:tcW w:w="2556" w:type="dxa"/>
            <w:vAlign w:val="center"/>
          </w:tcPr>
          <w:p w14:paraId="589F512D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72FA1B8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7FFE6D9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1EEC8CCD" w14:textId="77777777">
        <w:trPr>
          <w:jc w:val="center"/>
        </w:trPr>
        <w:tc>
          <w:tcPr>
            <w:tcW w:w="2556" w:type="dxa"/>
            <w:vAlign w:val="center"/>
          </w:tcPr>
          <w:p w14:paraId="46823209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Terminación / progreso hacia la salida</w:t>
            </w:r>
          </w:p>
        </w:tc>
        <w:tc>
          <w:tcPr>
            <w:tcW w:w="2556" w:type="dxa"/>
            <w:vAlign w:val="center"/>
          </w:tcPr>
          <w:p w14:paraId="0BC66EB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56924E7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45D8882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42A44F6A" w14:textId="77777777">
        <w:trPr>
          <w:jc w:val="center"/>
        </w:trPr>
        <w:tc>
          <w:tcPr>
            <w:tcW w:w="2556" w:type="dxa"/>
            <w:vAlign w:val="center"/>
          </w:tcPr>
          <w:p w14:paraId="73E24A45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Correctitud parcial</w:t>
            </w:r>
          </w:p>
        </w:tc>
        <w:tc>
          <w:tcPr>
            <w:tcW w:w="2556" w:type="dxa"/>
            <w:vAlign w:val="center"/>
          </w:tcPr>
          <w:p w14:paraId="4B4822F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971445B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7958118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7053055B" w14:textId="77777777">
        <w:trPr>
          <w:jc w:val="center"/>
        </w:trPr>
        <w:tc>
          <w:tcPr>
            <w:tcW w:w="2556" w:type="dxa"/>
            <w:vAlign w:val="center"/>
          </w:tcPr>
          <w:p w14:paraId="34876F59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Correctitud total</w:t>
            </w:r>
          </w:p>
        </w:tc>
        <w:tc>
          <w:tcPr>
            <w:tcW w:w="2556" w:type="dxa"/>
            <w:vAlign w:val="center"/>
          </w:tcPr>
          <w:p w14:paraId="4AC77B0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61C6AEC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1E2AF05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61882B89" w14:textId="77777777">
        <w:trPr>
          <w:jc w:val="center"/>
        </w:trPr>
        <w:tc>
          <w:tcPr>
            <w:tcW w:w="2556" w:type="dxa"/>
            <w:vAlign w:val="center"/>
          </w:tcPr>
          <w:p w14:paraId="3C016666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Función/método y contrato</w:t>
            </w:r>
          </w:p>
        </w:tc>
        <w:tc>
          <w:tcPr>
            <w:tcW w:w="2556" w:type="dxa"/>
            <w:vAlign w:val="center"/>
          </w:tcPr>
          <w:p w14:paraId="1CC2381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61EE867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16A8B72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3ADFE909" w14:textId="77777777">
        <w:trPr>
          <w:jc w:val="center"/>
        </w:trPr>
        <w:tc>
          <w:tcPr>
            <w:tcW w:w="2556" w:type="dxa"/>
            <w:vAlign w:val="center"/>
          </w:tcPr>
          <w:p w14:paraId="3FFB2014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Algoritmo y propósito</w:t>
            </w:r>
          </w:p>
        </w:tc>
        <w:tc>
          <w:tcPr>
            <w:tcW w:w="2556" w:type="dxa"/>
            <w:vAlign w:val="center"/>
          </w:tcPr>
          <w:p w14:paraId="200A7C0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4D44ED7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6855B3C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0059B899" w14:textId="77777777">
        <w:trPr>
          <w:jc w:val="center"/>
        </w:trPr>
        <w:tc>
          <w:tcPr>
            <w:tcW w:w="2556" w:type="dxa"/>
            <w:vAlign w:val="center"/>
          </w:tcPr>
          <w:p w14:paraId="3AFBDA22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Recursividad: caso base/recursivo</w:t>
            </w:r>
          </w:p>
        </w:tc>
        <w:tc>
          <w:tcPr>
            <w:tcW w:w="2556" w:type="dxa"/>
            <w:vAlign w:val="center"/>
          </w:tcPr>
          <w:p w14:paraId="6AEC185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7E6F11E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060EC9A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553747CE" w14:textId="77777777">
        <w:trPr>
          <w:jc w:val="center"/>
        </w:trPr>
        <w:tc>
          <w:tcPr>
            <w:tcW w:w="2556" w:type="dxa"/>
            <w:vAlign w:val="center"/>
          </w:tcPr>
          <w:p w14:paraId="0D0B8546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Objetos: estado, contrato e invariante</w:t>
            </w:r>
          </w:p>
        </w:tc>
        <w:tc>
          <w:tcPr>
            <w:tcW w:w="2556" w:type="dxa"/>
            <w:vAlign w:val="center"/>
          </w:tcPr>
          <w:p w14:paraId="0E04910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603D273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515ED2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44CA9FD9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C6324E5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F. Problemas y correcciones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F10F4" w:rsidRPr="002F10F4" w14:paraId="0500BCAF" w14:textId="77777777">
        <w:trPr>
          <w:jc w:val="center"/>
        </w:trPr>
        <w:tc>
          <w:tcPr>
            <w:tcW w:w="5112" w:type="dxa"/>
            <w:shd w:val="clear" w:color="auto" w:fill="1F4E79"/>
          </w:tcPr>
          <w:p w14:paraId="728B2F98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5112" w:type="dxa"/>
            <w:shd w:val="clear" w:color="auto" w:fill="1F4E79"/>
          </w:tcPr>
          <w:p w14:paraId="60ADC238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Respuesta / evidencia</w:t>
            </w:r>
          </w:p>
        </w:tc>
      </w:tr>
      <w:tr w:rsidR="002F10F4" w:rsidRPr="002F10F4" w14:paraId="47B558AF" w14:textId="77777777">
        <w:trPr>
          <w:jc w:val="center"/>
        </w:trPr>
        <w:tc>
          <w:tcPr>
            <w:tcW w:w="5112" w:type="dxa"/>
            <w:vAlign w:val="center"/>
          </w:tcPr>
          <w:p w14:paraId="08532CFD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Diferencia o defecto encontrado</w:t>
            </w:r>
          </w:p>
        </w:tc>
        <w:tc>
          <w:tcPr>
            <w:tcW w:w="5112" w:type="dxa"/>
            <w:vAlign w:val="center"/>
          </w:tcPr>
          <w:p w14:paraId="79F1AE3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3BD33E1A" w14:textId="77777777">
        <w:trPr>
          <w:jc w:val="center"/>
        </w:trPr>
        <w:tc>
          <w:tcPr>
            <w:tcW w:w="5112" w:type="dxa"/>
            <w:vAlign w:val="center"/>
          </w:tcPr>
          <w:p w14:paraId="13181036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Corrección realizada, si aplica</w:t>
            </w:r>
          </w:p>
        </w:tc>
        <w:tc>
          <w:tcPr>
            <w:tcW w:w="5112" w:type="dxa"/>
            <w:vAlign w:val="center"/>
          </w:tcPr>
          <w:p w14:paraId="1D32AAE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789D1826" w14:textId="77777777">
        <w:trPr>
          <w:jc w:val="center"/>
        </w:trPr>
        <w:tc>
          <w:tcPr>
            <w:tcW w:w="5112" w:type="dxa"/>
            <w:vAlign w:val="center"/>
          </w:tcPr>
          <w:p w14:paraId="320251A6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 xml:space="preserve">Nueva </w:t>
            </w: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ejecución y resultado</w:t>
            </w:r>
          </w:p>
        </w:tc>
        <w:tc>
          <w:tcPr>
            <w:tcW w:w="5112" w:type="dxa"/>
            <w:vAlign w:val="center"/>
          </w:tcPr>
          <w:p w14:paraId="1E031DDB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1EE1B506" w14:textId="77777777">
        <w:trPr>
          <w:jc w:val="center"/>
        </w:trPr>
        <w:tc>
          <w:tcPr>
            <w:tcW w:w="5112" w:type="dxa"/>
            <w:vAlign w:val="center"/>
          </w:tcPr>
          <w:p w14:paraId="3DB44F7C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Si no hubo diferencias, evidencia que lo respalda</w:t>
            </w:r>
          </w:p>
        </w:tc>
        <w:tc>
          <w:tcPr>
            <w:tcW w:w="5112" w:type="dxa"/>
            <w:vAlign w:val="center"/>
          </w:tcPr>
          <w:p w14:paraId="495A0E4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53EA5FC0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616827E8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G. Conclusión de esta funcionalidad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F10F4" w:rsidRPr="002F10F4" w14:paraId="18DB1EF3" w14:textId="77777777">
        <w:trPr>
          <w:jc w:val="center"/>
        </w:trPr>
        <w:tc>
          <w:tcPr>
            <w:tcW w:w="5112" w:type="dxa"/>
            <w:shd w:val="clear" w:color="auto" w:fill="1F4E79"/>
          </w:tcPr>
          <w:p w14:paraId="73CFE358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5112" w:type="dxa"/>
            <w:shd w:val="clear" w:color="auto" w:fill="1F4E79"/>
          </w:tcPr>
          <w:p w14:paraId="09518EAC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Respuesta / evidencia</w:t>
            </w:r>
          </w:p>
        </w:tc>
      </w:tr>
      <w:tr w:rsidR="002F10F4" w:rsidRPr="002F10F4" w14:paraId="3A4D63F5" w14:textId="77777777">
        <w:trPr>
          <w:jc w:val="center"/>
        </w:trPr>
        <w:tc>
          <w:tcPr>
            <w:tcW w:w="5112" w:type="dxa"/>
            <w:vAlign w:val="center"/>
          </w:tcPr>
          <w:p w14:paraId="293F082D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¿Qué quedó verificado?</w:t>
            </w:r>
          </w:p>
        </w:tc>
        <w:tc>
          <w:tcPr>
            <w:tcW w:w="5112" w:type="dxa"/>
            <w:vAlign w:val="center"/>
          </w:tcPr>
          <w:p w14:paraId="72296D2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1133962A" w14:textId="77777777">
        <w:trPr>
          <w:jc w:val="center"/>
        </w:trPr>
        <w:tc>
          <w:tcPr>
            <w:tcW w:w="5112" w:type="dxa"/>
            <w:vAlign w:val="center"/>
          </w:tcPr>
          <w:p w14:paraId="46009255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¿Qué limitación o riesgo permanece?</w:t>
            </w:r>
          </w:p>
        </w:tc>
        <w:tc>
          <w:tcPr>
            <w:tcW w:w="5112" w:type="dxa"/>
            <w:vAlign w:val="center"/>
          </w:tcPr>
          <w:p w14:paraId="1EFAA90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5458EEE0" w14:textId="77777777">
        <w:trPr>
          <w:jc w:val="center"/>
        </w:trPr>
        <w:tc>
          <w:tcPr>
            <w:tcW w:w="5112" w:type="dxa"/>
            <w:vAlign w:val="center"/>
          </w:tcPr>
          <w:p w14:paraId="03147F36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¿Qué falta mejorar?</w:t>
            </w:r>
          </w:p>
        </w:tc>
        <w:tc>
          <w:tcPr>
            <w:tcW w:w="5112" w:type="dxa"/>
            <w:vAlign w:val="center"/>
          </w:tcPr>
          <w:p w14:paraId="4460E5B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72D0F8F7" w14:textId="2037DE5B" w:rsidR="003050EE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1A5A16E9" w14:textId="0D2DB7EC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DF592F5" w14:textId="411379A6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32EBB6F" w14:textId="52D95AE7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778137FE" w14:textId="334DF094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5013276B" w14:textId="09DC22EB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5D344C30" w14:textId="3A5BBDD5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6C8E5989" w14:textId="2C0DCFB6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8E6452C" w14:textId="24F86A79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6919745A" w14:textId="10919D14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3D43CFD3" w14:textId="77777777" w:rsidR="009B32E3" w:rsidRPr="002F10F4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55EC03A8" w14:textId="77777777" w:rsidR="003050EE" w:rsidRPr="002F10F4" w:rsidRDefault="00D16780" w:rsidP="002F10F4">
      <w:pPr>
        <w:pStyle w:val="Ttulo1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lastRenderedPageBreak/>
        <w:t xml:space="preserve">3.3 </w:t>
      </w:r>
      <w:r w:rsidRPr="002F10F4">
        <w:rPr>
          <w:rFonts w:cstheme="majorHAnsi"/>
          <w:color w:val="000000" w:themeColor="text1"/>
          <w:sz w:val="24"/>
          <w:szCs w:val="24"/>
          <w:lang w:val="es-CO"/>
        </w:rPr>
        <w:t>Funcionalidad 3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F10F4" w:rsidRPr="002F10F4" w14:paraId="754A6776" w14:textId="77777777">
        <w:trPr>
          <w:jc w:val="center"/>
        </w:trPr>
        <w:tc>
          <w:tcPr>
            <w:tcW w:w="5112" w:type="dxa"/>
            <w:shd w:val="clear" w:color="auto" w:fill="1F4E79"/>
          </w:tcPr>
          <w:p w14:paraId="5A551B79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5112" w:type="dxa"/>
            <w:shd w:val="clear" w:color="auto" w:fill="1F4E79"/>
          </w:tcPr>
          <w:p w14:paraId="0E0BC9D3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Respuesta / evidencia</w:t>
            </w:r>
          </w:p>
        </w:tc>
      </w:tr>
      <w:tr w:rsidR="002F10F4" w:rsidRPr="002F10F4" w14:paraId="5FE20372" w14:textId="77777777">
        <w:trPr>
          <w:jc w:val="center"/>
        </w:trPr>
        <w:tc>
          <w:tcPr>
            <w:tcW w:w="5112" w:type="dxa"/>
            <w:vAlign w:val="center"/>
          </w:tcPr>
          <w:p w14:paraId="42700278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Nombre y propósito</w:t>
            </w:r>
          </w:p>
        </w:tc>
        <w:tc>
          <w:tcPr>
            <w:tcW w:w="5112" w:type="dxa"/>
            <w:vAlign w:val="center"/>
          </w:tcPr>
          <w:p w14:paraId="5E1B7EF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66B0FC23" w14:textId="77777777">
        <w:trPr>
          <w:jc w:val="center"/>
        </w:trPr>
        <w:tc>
          <w:tcPr>
            <w:tcW w:w="5112" w:type="dxa"/>
            <w:vAlign w:val="center"/>
          </w:tcPr>
          <w:p w14:paraId="7CAB1E14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Actor/usuario</w:t>
            </w:r>
          </w:p>
        </w:tc>
        <w:tc>
          <w:tcPr>
            <w:tcW w:w="5112" w:type="dxa"/>
            <w:vAlign w:val="center"/>
          </w:tcPr>
          <w:p w14:paraId="4BADD42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107D976F" w14:textId="77777777">
        <w:trPr>
          <w:jc w:val="center"/>
        </w:trPr>
        <w:tc>
          <w:tcPr>
            <w:tcW w:w="5112" w:type="dxa"/>
            <w:vAlign w:val="center"/>
          </w:tcPr>
          <w:p w14:paraId="2EC5C35A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Entradas y tipos de datos</w:t>
            </w:r>
          </w:p>
        </w:tc>
        <w:tc>
          <w:tcPr>
            <w:tcW w:w="5112" w:type="dxa"/>
            <w:vAlign w:val="center"/>
          </w:tcPr>
          <w:p w14:paraId="73E4181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71DEFF03" w14:textId="77777777">
        <w:trPr>
          <w:jc w:val="center"/>
        </w:trPr>
        <w:tc>
          <w:tcPr>
            <w:tcW w:w="5112" w:type="dxa"/>
            <w:vAlign w:val="center"/>
          </w:tcPr>
          <w:p w14:paraId="3D2725B6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5112" w:type="dxa"/>
            <w:vAlign w:val="center"/>
          </w:tcPr>
          <w:p w14:paraId="21DE8D4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12E9F999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35191E73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A. Contrato PRE/POST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2F10F4" w:rsidRPr="002F10F4" w14:paraId="6BB7AA69" w14:textId="77777777">
        <w:trPr>
          <w:jc w:val="center"/>
        </w:trPr>
        <w:tc>
          <w:tcPr>
            <w:tcW w:w="2556" w:type="dxa"/>
            <w:shd w:val="clear" w:color="auto" w:fill="1F4E79"/>
          </w:tcPr>
          <w:p w14:paraId="1FB200A4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2556" w:type="dxa"/>
            <w:shd w:val="clear" w:color="auto" w:fill="1F4E79"/>
          </w:tcPr>
          <w:p w14:paraId="0ACF4569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Especificación</w:t>
            </w:r>
          </w:p>
        </w:tc>
        <w:tc>
          <w:tcPr>
            <w:tcW w:w="2556" w:type="dxa"/>
            <w:shd w:val="clear" w:color="auto" w:fill="1F4E79"/>
          </w:tcPr>
          <w:p w14:paraId="4CA6789A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Cómo se refleja en el código</w:t>
            </w:r>
          </w:p>
        </w:tc>
        <w:tc>
          <w:tcPr>
            <w:tcW w:w="2556" w:type="dxa"/>
            <w:shd w:val="clear" w:color="auto" w:fill="1F4E79"/>
          </w:tcPr>
          <w:p w14:paraId="296D9346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Archivo/línea</w:t>
            </w:r>
          </w:p>
        </w:tc>
      </w:tr>
      <w:tr w:rsidR="002F10F4" w:rsidRPr="002F10F4" w14:paraId="7193FD57" w14:textId="77777777">
        <w:trPr>
          <w:jc w:val="center"/>
        </w:trPr>
        <w:tc>
          <w:tcPr>
            <w:tcW w:w="2556" w:type="dxa"/>
            <w:vAlign w:val="center"/>
          </w:tcPr>
          <w:p w14:paraId="00117104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PRE: condiciones previas</w:t>
            </w:r>
          </w:p>
        </w:tc>
        <w:tc>
          <w:tcPr>
            <w:tcW w:w="2556" w:type="dxa"/>
            <w:vAlign w:val="center"/>
          </w:tcPr>
          <w:p w14:paraId="3829451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24CB51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73CBEEC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48D68F1F" w14:textId="77777777">
        <w:trPr>
          <w:jc w:val="center"/>
        </w:trPr>
        <w:tc>
          <w:tcPr>
            <w:tcW w:w="2556" w:type="dxa"/>
            <w:vAlign w:val="center"/>
          </w:tcPr>
          <w:p w14:paraId="556AE385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POST: resultado esperado</w:t>
            </w:r>
          </w:p>
        </w:tc>
        <w:tc>
          <w:tcPr>
            <w:tcW w:w="2556" w:type="dxa"/>
            <w:vAlign w:val="center"/>
          </w:tcPr>
          <w:p w14:paraId="00A75B5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F67829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3109322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34D406CE" w14:textId="77777777">
        <w:trPr>
          <w:jc w:val="center"/>
        </w:trPr>
        <w:tc>
          <w:tcPr>
            <w:tcW w:w="2556" w:type="dxa"/>
            <w:vAlign w:val="center"/>
          </w:tcPr>
          <w:p w14:paraId="6A3D853E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Aserción o comprobación, si aplica</w:t>
            </w:r>
          </w:p>
        </w:tc>
        <w:tc>
          <w:tcPr>
            <w:tcW w:w="2556" w:type="dxa"/>
            <w:vAlign w:val="center"/>
          </w:tcPr>
          <w:p w14:paraId="552D901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4FFE744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6FC006D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4515E16E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73761592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B. Código relevante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2F10F4" w:rsidRPr="002F10F4" w14:paraId="40EFAD9B" w14:textId="77777777">
        <w:trPr>
          <w:jc w:val="center"/>
        </w:trPr>
        <w:tc>
          <w:tcPr>
            <w:tcW w:w="3408" w:type="dxa"/>
            <w:shd w:val="clear" w:color="auto" w:fill="1F4E79"/>
          </w:tcPr>
          <w:p w14:paraId="14266F5D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Aspecto</w:t>
            </w:r>
          </w:p>
        </w:tc>
        <w:tc>
          <w:tcPr>
            <w:tcW w:w="3408" w:type="dxa"/>
            <w:shd w:val="clear" w:color="auto" w:fill="1F4E79"/>
          </w:tcPr>
          <w:p w14:paraId="218AF6DD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Fragmento o referencia</w:t>
            </w:r>
          </w:p>
        </w:tc>
        <w:tc>
          <w:tcPr>
            <w:tcW w:w="3408" w:type="dxa"/>
            <w:shd w:val="clear" w:color="auto" w:fill="1F4E79"/>
          </w:tcPr>
          <w:p w14:paraId="6B2D38FA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Explicación</w:t>
            </w:r>
          </w:p>
        </w:tc>
      </w:tr>
      <w:tr w:rsidR="002F10F4" w:rsidRPr="002F10F4" w14:paraId="0B3CD63B" w14:textId="77777777">
        <w:trPr>
          <w:jc w:val="center"/>
        </w:trPr>
        <w:tc>
          <w:tcPr>
            <w:tcW w:w="3408" w:type="dxa"/>
            <w:vAlign w:val="center"/>
          </w:tcPr>
          <w:p w14:paraId="45E3E49B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Implementación principal</w:t>
            </w:r>
          </w:p>
        </w:tc>
        <w:tc>
          <w:tcPr>
            <w:tcW w:w="3408" w:type="dxa"/>
            <w:vAlign w:val="center"/>
          </w:tcPr>
          <w:p w14:paraId="52C5EB3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0DDDA62D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27D65A4B" w14:textId="77777777">
        <w:trPr>
          <w:jc w:val="center"/>
        </w:trPr>
        <w:tc>
          <w:tcPr>
            <w:tcW w:w="3408" w:type="dxa"/>
            <w:vAlign w:val="center"/>
          </w:tcPr>
          <w:p w14:paraId="37F34CA8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Validación de PRE/entradas</w:t>
            </w:r>
          </w:p>
        </w:tc>
        <w:tc>
          <w:tcPr>
            <w:tcW w:w="3408" w:type="dxa"/>
            <w:vAlign w:val="center"/>
          </w:tcPr>
          <w:p w14:paraId="0BD09DDB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5D447F5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72F4D5AC" w14:textId="77777777">
        <w:trPr>
          <w:jc w:val="center"/>
        </w:trPr>
        <w:tc>
          <w:tcPr>
            <w:tcW w:w="3408" w:type="dxa"/>
            <w:vAlign w:val="center"/>
          </w:tcPr>
          <w:p w14:paraId="6552A45E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Resultado o comprobación de POST</w:t>
            </w:r>
          </w:p>
        </w:tc>
        <w:tc>
          <w:tcPr>
            <w:tcW w:w="3408" w:type="dxa"/>
            <w:vAlign w:val="center"/>
          </w:tcPr>
          <w:p w14:paraId="2E78A20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64ECFEB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090DE3C9" w14:textId="77777777">
        <w:trPr>
          <w:jc w:val="center"/>
        </w:trPr>
        <w:tc>
          <w:tcPr>
            <w:tcW w:w="3408" w:type="dxa"/>
            <w:vAlign w:val="center"/>
          </w:tcPr>
          <w:p w14:paraId="35B618DA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Condicional, si existe</w:t>
            </w:r>
          </w:p>
        </w:tc>
        <w:tc>
          <w:tcPr>
            <w:tcW w:w="3408" w:type="dxa"/>
            <w:vAlign w:val="center"/>
          </w:tcPr>
          <w:p w14:paraId="25E4364B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3F039F9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6D18A017" w14:textId="77777777">
        <w:trPr>
          <w:jc w:val="center"/>
        </w:trPr>
        <w:tc>
          <w:tcPr>
            <w:tcW w:w="3408" w:type="dxa"/>
            <w:vAlign w:val="center"/>
          </w:tcPr>
          <w:p w14:paraId="74E84286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Ciclo, si existe</w:t>
            </w:r>
          </w:p>
        </w:tc>
        <w:tc>
          <w:tcPr>
            <w:tcW w:w="3408" w:type="dxa"/>
            <w:vAlign w:val="center"/>
          </w:tcPr>
          <w:p w14:paraId="0D4D0AD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5FA58CD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282740C6" w14:textId="77777777">
        <w:trPr>
          <w:jc w:val="center"/>
        </w:trPr>
        <w:tc>
          <w:tcPr>
            <w:tcW w:w="3408" w:type="dxa"/>
            <w:vAlign w:val="center"/>
          </w:tcPr>
          <w:p w14:paraId="64C294F4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Función/método o algoritmo, si existe</w:t>
            </w:r>
          </w:p>
        </w:tc>
        <w:tc>
          <w:tcPr>
            <w:tcW w:w="3408" w:type="dxa"/>
            <w:vAlign w:val="center"/>
          </w:tcPr>
          <w:p w14:paraId="17D9458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3408" w:type="dxa"/>
            <w:vAlign w:val="center"/>
          </w:tcPr>
          <w:p w14:paraId="054E4E8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04ECBA75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08B9DBC5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C. Verificación razonada</w:t>
      </w:r>
    </w:p>
    <w:tbl>
      <w:tblPr>
        <w:tblStyle w:val="Tablaconcuadrcula"/>
        <w:tblW w:w="10251" w:type="dxa"/>
        <w:jc w:val="center"/>
        <w:tblLook w:val="04A0" w:firstRow="1" w:lastRow="0" w:firstColumn="1" w:lastColumn="0" w:noHBand="0" w:noVBand="1"/>
      </w:tblPr>
      <w:tblGrid>
        <w:gridCol w:w="569"/>
        <w:gridCol w:w="2658"/>
        <w:gridCol w:w="2551"/>
        <w:gridCol w:w="2529"/>
        <w:gridCol w:w="1944"/>
      </w:tblGrid>
      <w:tr w:rsidR="00D16780" w:rsidRPr="002F10F4" w14:paraId="29BE112A" w14:textId="77777777" w:rsidTr="00D16780">
        <w:trPr>
          <w:jc w:val="center"/>
        </w:trPr>
        <w:tc>
          <w:tcPr>
            <w:tcW w:w="569" w:type="dxa"/>
            <w:shd w:val="clear" w:color="auto" w:fill="1F4E79"/>
          </w:tcPr>
          <w:p w14:paraId="056AADF7" w14:textId="337E2F4C" w:rsidR="00D16780" w:rsidRPr="009B32E3" w:rsidRDefault="00D16780" w:rsidP="002F10F4">
            <w:pPr>
              <w:spacing w:after="0"/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No.</w:t>
            </w:r>
          </w:p>
        </w:tc>
        <w:tc>
          <w:tcPr>
            <w:tcW w:w="2658" w:type="dxa"/>
            <w:shd w:val="clear" w:color="auto" w:fill="1F4E79"/>
          </w:tcPr>
          <w:p w14:paraId="5D30D00F" w14:textId="5BF5F2A6" w:rsidR="00D16780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Condición verificada</w:t>
            </w:r>
          </w:p>
        </w:tc>
        <w:tc>
          <w:tcPr>
            <w:tcW w:w="2551" w:type="dxa"/>
            <w:shd w:val="clear" w:color="auto" w:fill="1F4E79"/>
          </w:tcPr>
          <w:p w14:paraId="34AAB1D5" w14:textId="77777777" w:rsidR="00D16780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Cómo se comprueba</w:t>
            </w:r>
          </w:p>
        </w:tc>
        <w:tc>
          <w:tcPr>
            <w:tcW w:w="2529" w:type="dxa"/>
            <w:shd w:val="clear" w:color="auto" w:fill="1F4E79"/>
          </w:tcPr>
          <w:p w14:paraId="1374FED1" w14:textId="77777777" w:rsidR="00D16780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1944" w:type="dxa"/>
            <w:shd w:val="clear" w:color="auto" w:fill="1F4E79"/>
          </w:tcPr>
          <w:p w14:paraId="0A604184" w14:textId="77777777" w:rsidR="00D16780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Conclusión</w:t>
            </w:r>
          </w:p>
        </w:tc>
      </w:tr>
      <w:tr w:rsidR="00D16780" w:rsidRPr="002F10F4" w14:paraId="364E00EB" w14:textId="77777777" w:rsidTr="00D16780">
        <w:trPr>
          <w:jc w:val="center"/>
        </w:trPr>
        <w:tc>
          <w:tcPr>
            <w:tcW w:w="569" w:type="dxa"/>
          </w:tcPr>
          <w:p w14:paraId="7061EE99" w14:textId="0AE94BE2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1</w:t>
            </w:r>
          </w:p>
        </w:tc>
        <w:tc>
          <w:tcPr>
            <w:tcW w:w="2658" w:type="dxa"/>
            <w:vAlign w:val="center"/>
          </w:tcPr>
          <w:p w14:paraId="7BA5322D" w14:textId="3D2F897A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1" w:type="dxa"/>
            <w:vAlign w:val="center"/>
          </w:tcPr>
          <w:p w14:paraId="0B82D1DA" w14:textId="77777777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29" w:type="dxa"/>
            <w:vAlign w:val="center"/>
          </w:tcPr>
          <w:p w14:paraId="34B94215" w14:textId="77777777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1944" w:type="dxa"/>
            <w:vAlign w:val="center"/>
          </w:tcPr>
          <w:p w14:paraId="4228E7B6" w14:textId="77777777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D16780" w:rsidRPr="002F10F4" w14:paraId="35A7005C" w14:textId="77777777" w:rsidTr="00D16780">
        <w:trPr>
          <w:jc w:val="center"/>
        </w:trPr>
        <w:tc>
          <w:tcPr>
            <w:tcW w:w="569" w:type="dxa"/>
          </w:tcPr>
          <w:p w14:paraId="67DD6951" w14:textId="3310C557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2</w:t>
            </w:r>
          </w:p>
        </w:tc>
        <w:tc>
          <w:tcPr>
            <w:tcW w:w="2658" w:type="dxa"/>
            <w:vAlign w:val="center"/>
          </w:tcPr>
          <w:p w14:paraId="6985FC01" w14:textId="63B9F013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1" w:type="dxa"/>
            <w:vAlign w:val="center"/>
          </w:tcPr>
          <w:p w14:paraId="54219AE3" w14:textId="77777777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29" w:type="dxa"/>
            <w:vAlign w:val="center"/>
          </w:tcPr>
          <w:p w14:paraId="283FDF37" w14:textId="77777777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1944" w:type="dxa"/>
            <w:vAlign w:val="center"/>
          </w:tcPr>
          <w:p w14:paraId="35631846" w14:textId="77777777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D16780" w:rsidRPr="002F10F4" w14:paraId="56A3C180" w14:textId="77777777" w:rsidTr="00D16780">
        <w:trPr>
          <w:jc w:val="center"/>
        </w:trPr>
        <w:tc>
          <w:tcPr>
            <w:tcW w:w="569" w:type="dxa"/>
          </w:tcPr>
          <w:p w14:paraId="05BBBDDC" w14:textId="256F62D7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3</w:t>
            </w:r>
          </w:p>
        </w:tc>
        <w:tc>
          <w:tcPr>
            <w:tcW w:w="2658" w:type="dxa"/>
            <w:vAlign w:val="center"/>
          </w:tcPr>
          <w:p w14:paraId="62C59579" w14:textId="6F3BF22D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1" w:type="dxa"/>
            <w:vAlign w:val="center"/>
          </w:tcPr>
          <w:p w14:paraId="51042ACF" w14:textId="77777777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29" w:type="dxa"/>
            <w:vAlign w:val="center"/>
          </w:tcPr>
          <w:p w14:paraId="27EB1799" w14:textId="77777777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1944" w:type="dxa"/>
            <w:vAlign w:val="center"/>
          </w:tcPr>
          <w:p w14:paraId="00F51E9B" w14:textId="77777777" w:rsidR="00D16780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6343373F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4AB58D6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D. Ejecuciones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2F10F4" w:rsidRPr="002F10F4" w14:paraId="74815ECB" w14:textId="77777777">
        <w:trPr>
          <w:jc w:val="center"/>
        </w:trPr>
        <w:tc>
          <w:tcPr>
            <w:tcW w:w="2045" w:type="dxa"/>
            <w:shd w:val="clear" w:color="auto" w:fill="1F4E79"/>
          </w:tcPr>
          <w:p w14:paraId="5C7BC143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Caso</w:t>
            </w:r>
          </w:p>
        </w:tc>
        <w:tc>
          <w:tcPr>
            <w:tcW w:w="2045" w:type="dxa"/>
            <w:shd w:val="clear" w:color="auto" w:fill="1F4E79"/>
          </w:tcPr>
          <w:p w14:paraId="12B21809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Entrada / estado inicial</w:t>
            </w:r>
          </w:p>
        </w:tc>
        <w:tc>
          <w:tcPr>
            <w:tcW w:w="2045" w:type="dxa"/>
            <w:shd w:val="clear" w:color="auto" w:fill="1F4E79"/>
          </w:tcPr>
          <w:p w14:paraId="5550CBF0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2045" w:type="dxa"/>
            <w:shd w:val="clear" w:color="auto" w:fill="1F4E79"/>
          </w:tcPr>
          <w:p w14:paraId="17AC98A5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Resultado observado</w:t>
            </w:r>
          </w:p>
        </w:tc>
        <w:tc>
          <w:tcPr>
            <w:tcW w:w="2045" w:type="dxa"/>
            <w:shd w:val="clear" w:color="auto" w:fill="1F4E79"/>
          </w:tcPr>
          <w:p w14:paraId="5368BF57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¿Coinciden? Explique</w:t>
            </w:r>
          </w:p>
        </w:tc>
      </w:tr>
      <w:tr w:rsidR="002F10F4" w:rsidRPr="002F10F4" w14:paraId="4EE252F2" w14:textId="77777777">
        <w:trPr>
          <w:jc w:val="center"/>
        </w:trPr>
        <w:tc>
          <w:tcPr>
            <w:tcW w:w="2045" w:type="dxa"/>
            <w:vAlign w:val="center"/>
          </w:tcPr>
          <w:p w14:paraId="221E8B0F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Válido/normal</w:t>
            </w:r>
          </w:p>
        </w:tc>
        <w:tc>
          <w:tcPr>
            <w:tcW w:w="2045" w:type="dxa"/>
            <w:vAlign w:val="center"/>
          </w:tcPr>
          <w:p w14:paraId="08C974ED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33975D9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50EE849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6961255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5E24E44A" w14:textId="77777777">
        <w:trPr>
          <w:jc w:val="center"/>
        </w:trPr>
        <w:tc>
          <w:tcPr>
            <w:tcW w:w="2045" w:type="dxa"/>
            <w:vAlign w:val="center"/>
          </w:tcPr>
          <w:p w14:paraId="5B94EDAC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No válido o de borde</w:t>
            </w:r>
          </w:p>
        </w:tc>
        <w:tc>
          <w:tcPr>
            <w:tcW w:w="2045" w:type="dxa"/>
            <w:vAlign w:val="center"/>
          </w:tcPr>
          <w:p w14:paraId="7B6EBE9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6291ADC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09C44A6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4A66A06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2D496D50" w14:textId="77777777">
        <w:trPr>
          <w:jc w:val="center"/>
        </w:trPr>
        <w:tc>
          <w:tcPr>
            <w:tcW w:w="2045" w:type="dxa"/>
            <w:vAlign w:val="center"/>
          </w:tcPr>
          <w:p w14:paraId="4856C64C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Adicional, si corresponde</w:t>
            </w:r>
          </w:p>
        </w:tc>
        <w:tc>
          <w:tcPr>
            <w:tcW w:w="2045" w:type="dxa"/>
            <w:vAlign w:val="center"/>
          </w:tcPr>
          <w:p w14:paraId="44021C2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1FFF46D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1F4D2F7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6F23037B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74F351A1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7229"/>
      </w:tblGrid>
      <w:tr w:rsidR="009B32E3" w14:paraId="0CAA4CBB" w14:textId="77777777" w:rsidTr="00D16780">
        <w:tc>
          <w:tcPr>
            <w:tcW w:w="2977" w:type="dxa"/>
          </w:tcPr>
          <w:p w14:paraId="6D889709" w14:textId="77777777" w:rsidR="009B32E3" w:rsidRDefault="009B32E3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 xml:space="preserve">Captura de ejecución válida: </w:t>
            </w:r>
          </w:p>
        </w:tc>
        <w:tc>
          <w:tcPr>
            <w:tcW w:w="7229" w:type="dxa"/>
          </w:tcPr>
          <w:p w14:paraId="2C1715C1" w14:textId="77777777" w:rsidR="009B32E3" w:rsidRDefault="009B32E3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[PEGAR CAPTURA AQUÍ]</w:t>
            </w:r>
          </w:p>
        </w:tc>
      </w:tr>
      <w:tr w:rsidR="009B32E3" w14:paraId="7EB63778" w14:textId="77777777" w:rsidTr="00D16780">
        <w:tc>
          <w:tcPr>
            <w:tcW w:w="2977" w:type="dxa"/>
          </w:tcPr>
          <w:p w14:paraId="7C4E5D93" w14:textId="77777777" w:rsidR="009B32E3" w:rsidRDefault="009B32E3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 xml:space="preserve">Captura de ejecución no válida o de borde: </w:t>
            </w:r>
          </w:p>
        </w:tc>
        <w:tc>
          <w:tcPr>
            <w:tcW w:w="7229" w:type="dxa"/>
          </w:tcPr>
          <w:p w14:paraId="6568C0B8" w14:textId="77777777" w:rsidR="009B32E3" w:rsidRDefault="009B32E3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[PEGAR CAPTURA AQUÍ]</w:t>
            </w:r>
          </w:p>
        </w:tc>
      </w:tr>
    </w:tbl>
    <w:p w14:paraId="2F7AF4A0" w14:textId="77777777" w:rsidR="009B32E3" w:rsidRDefault="009B32E3" w:rsidP="009B32E3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95710F0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 xml:space="preserve">E. Análisis de </w:t>
      </w:r>
      <w:r w:rsidRPr="002F10F4">
        <w:rPr>
          <w:rFonts w:cstheme="majorHAnsi"/>
          <w:color w:val="000000" w:themeColor="text1"/>
          <w:sz w:val="24"/>
          <w:szCs w:val="24"/>
          <w:lang w:val="es-CO"/>
        </w:rPr>
        <w:t>estructuras y correctitud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2F10F4" w:rsidRPr="002F10F4" w14:paraId="456CE6B0" w14:textId="77777777">
        <w:trPr>
          <w:jc w:val="center"/>
        </w:trPr>
        <w:tc>
          <w:tcPr>
            <w:tcW w:w="2556" w:type="dxa"/>
            <w:shd w:val="clear" w:color="auto" w:fill="1F4E79"/>
          </w:tcPr>
          <w:p w14:paraId="0C318E00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Concepto</w:t>
            </w:r>
          </w:p>
        </w:tc>
        <w:tc>
          <w:tcPr>
            <w:tcW w:w="2556" w:type="dxa"/>
            <w:shd w:val="clear" w:color="auto" w:fill="1F4E79"/>
          </w:tcPr>
          <w:p w14:paraId="64213C10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Explicación basada en el código</w:t>
            </w:r>
          </w:p>
        </w:tc>
        <w:tc>
          <w:tcPr>
            <w:tcW w:w="2556" w:type="dxa"/>
            <w:shd w:val="clear" w:color="auto" w:fill="1F4E79"/>
          </w:tcPr>
          <w:p w14:paraId="6A0A1624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Referencia/evidencia</w:t>
            </w:r>
          </w:p>
        </w:tc>
        <w:tc>
          <w:tcPr>
            <w:tcW w:w="2556" w:type="dxa"/>
            <w:shd w:val="clear" w:color="auto" w:fill="1F4E79"/>
          </w:tcPr>
          <w:p w14:paraId="2000453D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Si no aplica, justifique</w:t>
            </w:r>
          </w:p>
        </w:tc>
      </w:tr>
      <w:tr w:rsidR="002F10F4" w:rsidRPr="002F10F4" w14:paraId="33B4A63B" w14:textId="77777777">
        <w:trPr>
          <w:jc w:val="center"/>
        </w:trPr>
        <w:tc>
          <w:tcPr>
            <w:tcW w:w="2556" w:type="dxa"/>
            <w:vAlign w:val="center"/>
          </w:tcPr>
          <w:p w14:paraId="7DDACA3F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Secuencia</w:t>
            </w:r>
          </w:p>
        </w:tc>
        <w:tc>
          <w:tcPr>
            <w:tcW w:w="2556" w:type="dxa"/>
            <w:vAlign w:val="center"/>
          </w:tcPr>
          <w:p w14:paraId="4D8DCAB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53A5F99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164D10D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2CC7D133" w14:textId="77777777">
        <w:trPr>
          <w:jc w:val="center"/>
        </w:trPr>
        <w:tc>
          <w:tcPr>
            <w:tcW w:w="2556" w:type="dxa"/>
            <w:vAlign w:val="center"/>
          </w:tcPr>
          <w:p w14:paraId="3459FC5A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Condicional y ramas</w:t>
            </w:r>
          </w:p>
        </w:tc>
        <w:tc>
          <w:tcPr>
            <w:tcW w:w="2556" w:type="dxa"/>
            <w:vAlign w:val="center"/>
          </w:tcPr>
          <w:p w14:paraId="7B32D72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6874871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596FB03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2FD0E3A0" w14:textId="77777777">
        <w:trPr>
          <w:jc w:val="center"/>
        </w:trPr>
        <w:tc>
          <w:tcPr>
            <w:tcW w:w="2556" w:type="dxa"/>
            <w:vAlign w:val="center"/>
          </w:tcPr>
          <w:p w14:paraId="08B1533E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Ciclo: inicialización, condición, actualización y salida</w:t>
            </w:r>
          </w:p>
        </w:tc>
        <w:tc>
          <w:tcPr>
            <w:tcW w:w="2556" w:type="dxa"/>
            <w:vAlign w:val="center"/>
          </w:tcPr>
          <w:p w14:paraId="15D3307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61F70EE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5E02E32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29D8CA62" w14:textId="77777777">
        <w:trPr>
          <w:jc w:val="center"/>
        </w:trPr>
        <w:tc>
          <w:tcPr>
            <w:tcW w:w="2556" w:type="dxa"/>
            <w:vAlign w:val="center"/>
          </w:tcPr>
          <w:p w14:paraId="7BB93B27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Invariante del ciclo</w:t>
            </w:r>
          </w:p>
        </w:tc>
        <w:tc>
          <w:tcPr>
            <w:tcW w:w="2556" w:type="dxa"/>
            <w:vAlign w:val="center"/>
          </w:tcPr>
          <w:p w14:paraId="0C1F32B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3E87CF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90E6F8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382425C9" w14:textId="77777777">
        <w:trPr>
          <w:jc w:val="center"/>
        </w:trPr>
        <w:tc>
          <w:tcPr>
            <w:tcW w:w="2556" w:type="dxa"/>
            <w:vAlign w:val="center"/>
          </w:tcPr>
          <w:p w14:paraId="7CD8EA9D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Terminación / progreso hacia la salida</w:t>
            </w:r>
          </w:p>
        </w:tc>
        <w:tc>
          <w:tcPr>
            <w:tcW w:w="2556" w:type="dxa"/>
            <w:vAlign w:val="center"/>
          </w:tcPr>
          <w:p w14:paraId="28AD812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34048E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74388A7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12AE1DEB" w14:textId="77777777">
        <w:trPr>
          <w:jc w:val="center"/>
        </w:trPr>
        <w:tc>
          <w:tcPr>
            <w:tcW w:w="2556" w:type="dxa"/>
            <w:vAlign w:val="center"/>
          </w:tcPr>
          <w:p w14:paraId="5DCA58EC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Correctitud parcial</w:t>
            </w:r>
          </w:p>
        </w:tc>
        <w:tc>
          <w:tcPr>
            <w:tcW w:w="2556" w:type="dxa"/>
            <w:vAlign w:val="center"/>
          </w:tcPr>
          <w:p w14:paraId="36C24BD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56E39B5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74CA5F1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74DBD8E4" w14:textId="77777777">
        <w:trPr>
          <w:jc w:val="center"/>
        </w:trPr>
        <w:tc>
          <w:tcPr>
            <w:tcW w:w="2556" w:type="dxa"/>
            <w:vAlign w:val="center"/>
          </w:tcPr>
          <w:p w14:paraId="3CBE74E5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Correctitud total</w:t>
            </w:r>
          </w:p>
        </w:tc>
        <w:tc>
          <w:tcPr>
            <w:tcW w:w="2556" w:type="dxa"/>
            <w:vAlign w:val="center"/>
          </w:tcPr>
          <w:p w14:paraId="71975BB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56A581B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66E69C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0E5EFCA6" w14:textId="77777777">
        <w:trPr>
          <w:jc w:val="center"/>
        </w:trPr>
        <w:tc>
          <w:tcPr>
            <w:tcW w:w="2556" w:type="dxa"/>
            <w:vAlign w:val="center"/>
          </w:tcPr>
          <w:p w14:paraId="311CA37B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Función/método y contrato</w:t>
            </w:r>
          </w:p>
        </w:tc>
        <w:tc>
          <w:tcPr>
            <w:tcW w:w="2556" w:type="dxa"/>
            <w:vAlign w:val="center"/>
          </w:tcPr>
          <w:p w14:paraId="32B87AE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6A4ED15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6CC2F5D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1293C2A0" w14:textId="77777777">
        <w:trPr>
          <w:jc w:val="center"/>
        </w:trPr>
        <w:tc>
          <w:tcPr>
            <w:tcW w:w="2556" w:type="dxa"/>
            <w:vAlign w:val="center"/>
          </w:tcPr>
          <w:p w14:paraId="6D0F2C5E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Algoritmo y propósito</w:t>
            </w:r>
          </w:p>
        </w:tc>
        <w:tc>
          <w:tcPr>
            <w:tcW w:w="2556" w:type="dxa"/>
            <w:vAlign w:val="center"/>
          </w:tcPr>
          <w:p w14:paraId="7A25F79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1D98A6B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043F7C6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3E69E334" w14:textId="77777777">
        <w:trPr>
          <w:jc w:val="center"/>
        </w:trPr>
        <w:tc>
          <w:tcPr>
            <w:tcW w:w="2556" w:type="dxa"/>
            <w:vAlign w:val="center"/>
          </w:tcPr>
          <w:p w14:paraId="499E33BD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Recursividad: caso base/recursivo</w:t>
            </w:r>
          </w:p>
        </w:tc>
        <w:tc>
          <w:tcPr>
            <w:tcW w:w="2556" w:type="dxa"/>
            <w:vAlign w:val="center"/>
          </w:tcPr>
          <w:p w14:paraId="5533BBA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3CB3591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476D127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5856E9C7" w14:textId="77777777">
        <w:trPr>
          <w:jc w:val="center"/>
        </w:trPr>
        <w:tc>
          <w:tcPr>
            <w:tcW w:w="2556" w:type="dxa"/>
            <w:vAlign w:val="center"/>
          </w:tcPr>
          <w:p w14:paraId="7F3E0D6A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Objetos: estado, contrato e invariante</w:t>
            </w:r>
          </w:p>
        </w:tc>
        <w:tc>
          <w:tcPr>
            <w:tcW w:w="2556" w:type="dxa"/>
            <w:vAlign w:val="center"/>
          </w:tcPr>
          <w:p w14:paraId="0A959F4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290D60A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556" w:type="dxa"/>
            <w:vAlign w:val="center"/>
          </w:tcPr>
          <w:p w14:paraId="0141E76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19535A34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DB832D7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 xml:space="preserve">F. Problemas y </w:t>
      </w:r>
      <w:r w:rsidRPr="002F10F4">
        <w:rPr>
          <w:rFonts w:cstheme="majorHAnsi"/>
          <w:color w:val="000000" w:themeColor="text1"/>
          <w:sz w:val="24"/>
          <w:szCs w:val="24"/>
          <w:lang w:val="es-CO"/>
        </w:rPr>
        <w:t>correcciones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6255"/>
      </w:tblGrid>
      <w:tr w:rsidR="002F10F4" w:rsidRPr="002F10F4" w14:paraId="52DFF420" w14:textId="77777777" w:rsidTr="009B32E3">
        <w:trPr>
          <w:jc w:val="center"/>
        </w:trPr>
        <w:tc>
          <w:tcPr>
            <w:tcW w:w="3969" w:type="dxa"/>
            <w:shd w:val="clear" w:color="auto" w:fill="1F4E79"/>
          </w:tcPr>
          <w:p w14:paraId="0E83338E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6255" w:type="dxa"/>
            <w:shd w:val="clear" w:color="auto" w:fill="1F4E79"/>
          </w:tcPr>
          <w:p w14:paraId="5A5D9312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Respuesta / evidencia</w:t>
            </w:r>
          </w:p>
        </w:tc>
      </w:tr>
      <w:tr w:rsidR="002F10F4" w:rsidRPr="002F10F4" w14:paraId="309EE699" w14:textId="77777777" w:rsidTr="009B32E3">
        <w:trPr>
          <w:jc w:val="center"/>
        </w:trPr>
        <w:tc>
          <w:tcPr>
            <w:tcW w:w="3969" w:type="dxa"/>
            <w:vAlign w:val="center"/>
          </w:tcPr>
          <w:p w14:paraId="74A5609D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Diferencia o defecto encontrado</w:t>
            </w:r>
          </w:p>
        </w:tc>
        <w:tc>
          <w:tcPr>
            <w:tcW w:w="6255" w:type="dxa"/>
            <w:vAlign w:val="center"/>
          </w:tcPr>
          <w:p w14:paraId="077863F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48F16E77" w14:textId="77777777" w:rsidTr="009B32E3">
        <w:trPr>
          <w:jc w:val="center"/>
        </w:trPr>
        <w:tc>
          <w:tcPr>
            <w:tcW w:w="3969" w:type="dxa"/>
            <w:vAlign w:val="center"/>
          </w:tcPr>
          <w:p w14:paraId="5B015173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Corrección realizada, si aplica</w:t>
            </w:r>
          </w:p>
        </w:tc>
        <w:tc>
          <w:tcPr>
            <w:tcW w:w="6255" w:type="dxa"/>
            <w:vAlign w:val="center"/>
          </w:tcPr>
          <w:p w14:paraId="5C9E88C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168F801A" w14:textId="77777777" w:rsidTr="009B32E3">
        <w:trPr>
          <w:jc w:val="center"/>
        </w:trPr>
        <w:tc>
          <w:tcPr>
            <w:tcW w:w="3969" w:type="dxa"/>
            <w:vAlign w:val="center"/>
          </w:tcPr>
          <w:p w14:paraId="7127ABF6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Nueva ejecución y resultado</w:t>
            </w:r>
          </w:p>
        </w:tc>
        <w:tc>
          <w:tcPr>
            <w:tcW w:w="6255" w:type="dxa"/>
            <w:vAlign w:val="center"/>
          </w:tcPr>
          <w:p w14:paraId="19FCE95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B32E3" w:rsidRPr="002F10F4" w14:paraId="0BDDAA78" w14:textId="77777777" w:rsidTr="009B32E3">
        <w:trPr>
          <w:jc w:val="center"/>
        </w:trPr>
        <w:tc>
          <w:tcPr>
            <w:tcW w:w="3969" w:type="dxa"/>
            <w:vAlign w:val="center"/>
          </w:tcPr>
          <w:p w14:paraId="1A32175A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Si no hubo diferencias, evidencia que lo respalda</w:t>
            </w:r>
          </w:p>
        </w:tc>
        <w:tc>
          <w:tcPr>
            <w:tcW w:w="6255" w:type="dxa"/>
            <w:vAlign w:val="center"/>
          </w:tcPr>
          <w:p w14:paraId="0EB68A2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51E183F3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538FF09F" w14:textId="77777777" w:rsidR="003050EE" w:rsidRPr="002F10F4" w:rsidRDefault="00D16780" w:rsidP="002F10F4">
      <w:pPr>
        <w:pStyle w:val="Ttulo2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G. Conclusión de esta funcionalidad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2F10F4" w:rsidRPr="002F10F4" w14:paraId="0F73DD62" w14:textId="77777777">
        <w:trPr>
          <w:jc w:val="center"/>
        </w:trPr>
        <w:tc>
          <w:tcPr>
            <w:tcW w:w="5112" w:type="dxa"/>
            <w:shd w:val="clear" w:color="auto" w:fill="1F4E79"/>
          </w:tcPr>
          <w:p w14:paraId="540EDA74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5112" w:type="dxa"/>
            <w:shd w:val="clear" w:color="auto" w:fill="1F4E79"/>
          </w:tcPr>
          <w:p w14:paraId="58DF740C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Respuesta / evidencia</w:t>
            </w:r>
          </w:p>
        </w:tc>
      </w:tr>
      <w:tr w:rsidR="002F10F4" w:rsidRPr="002F10F4" w14:paraId="71C13A94" w14:textId="77777777">
        <w:trPr>
          <w:jc w:val="center"/>
        </w:trPr>
        <w:tc>
          <w:tcPr>
            <w:tcW w:w="5112" w:type="dxa"/>
            <w:vAlign w:val="center"/>
          </w:tcPr>
          <w:p w14:paraId="6B00B717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¿Qué quedó verificado?</w:t>
            </w:r>
          </w:p>
        </w:tc>
        <w:tc>
          <w:tcPr>
            <w:tcW w:w="5112" w:type="dxa"/>
            <w:vAlign w:val="center"/>
          </w:tcPr>
          <w:p w14:paraId="157CD9E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0AF6AEF9" w14:textId="77777777">
        <w:trPr>
          <w:jc w:val="center"/>
        </w:trPr>
        <w:tc>
          <w:tcPr>
            <w:tcW w:w="5112" w:type="dxa"/>
            <w:vAlign w:val="center"/>
          </w:tcPr>
          <w:p w14:paraId="1CF125AC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¿Qué limitación o riesgo permanece?</w:t>
            </w:r>
          </w:p>
        </w:tc>
        <w:tc>
          <w:tcPr>
            <w:tcW w:w="5112" w:type="dxa"/>
            <w:vAlign w:val="center"/>
          </w:tcPr>
          <w:p w14:paraId="6A3EEC2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3050EE" w:rsidRPr="002F10F4" w14:paraId="02089171" w14:textId="77777777">
        <w:trPr>
          <w:jc w:val="center"/>
        </w:trPr>
        <w:tc>
          <w:tcPr>
            <w:tcW w:w="5112" w:type="dxa"/>
            <w:vAlign w:val="center"/>
          </w:tcPr>
          <w:p w14:paraId="34A34446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¿Qué falta mejorar?</w:t>
            </w:r>
          </w:p>
        </w:tc>
        <w:tc>
          <w:tcPr>
            <w:tcW w:w="5112" w:type="dxa"/>
            <w:vAlign w:val="center"/>
          </w:tcPr>
          <w:p w14:paraId="767F05A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1DC05154" w14:textId="6E950F64" w:rsidR="003050EE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677C5527" w14:textId="27DBB3AD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3288CD03" w14:textId="452DCBC6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08EF430D" w14:textId="5DEBEE36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3F1E7911" w14:textId="0F1746CA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0B035D0C" w14:textId="1B15488A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1A8C8BEF" w14:textId="1CE11356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01AF96F9" w14:textId="483F81EF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47687F80" w14:textId="0EF01B88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C5CF591" w14:textId="77777777" w:rsidR="009B32E3" w:rsidRPr="002F10F4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75FCBC9C" w14:textId="77777777" w:rsidR="003050EE" w:rsidRPr="002F10F4" w:rsidRDefault="00D16780" w:rsidP="002F10F4">
      <w:pPr>
        <w:pStyle w:val="Ttulo1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lastRenderedPageBreak/>
        <w:t>4. Matriz integradora de conceptos del segundo corte</w:t>
      </w:r>
    </w:p>
    <w:p w14:paraId="7BDCAD3F" w14:textId="77777777" w:rsidR="003050EE" w:rsidRPr="002F10F4" w:rsidRDefault="00D16780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 xml:space="preserve">Señale la funcionalidad y evidencia donde aparece cada concepto. Si no aplica, </w:t>
      </w: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>justifique.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59"/>
        <w:gridCol w:w="2045"/>
        <w:gridCol w:w="2045"/>
        <w:gridCol w:w="2045"/>
        <w:gridCol w:w="2045"/>
      </w:tblGrid>
      <w:tr w:rsidR="002F10F4" w:rsidRPr="002F10F4" w14:paraId="4F3E8243" w14:textId="77777777">
        <w:trPr>
          <w:jc w:val="center"/>
        </w:trPr>
        <w:tc>
          <w:tcPr>
            <w:tcW w:w="2045" w:type="dxa"/>
            <w:shd w:val="clear" w:color="auto" w:fill="1F4E79"/>
          </w:tcPr>
          <w:p w14:paraId="5BEF3E66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Concepto</w:t>
            </w:r>
          </w:p>
        </w:tc>
        <w:tc>
          <w:tcPr>
            <w:tcW w:w="2045" w:type="dxa"/>
            <w:shd w:val="clear" w:color="auto" w:fill="1F4E79"/>
          </w:tcPr>
          <w:p w14:paraId="0439BA48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Funcionalidad 1 / evidencia</w:t>
            </w:r>
          </w:p>
        </w:tc>
        <w:tc>
          <w:tcPr>
            <w:tcW w:w="2045" w:type="dxa"/>
            <w:shd w:val="clear" w:color="auto" w:fill="1F4E79"/>
          </w:tcPr>
          <w:p w14:paraId="35AC0CDC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Funcionalidad 2 / evidencia</w:t>
            </w:r>
          </w:p>
        </w:tc>
        <w:tc>
          <w:tcPr>
            <w:tcW w:w="2045" w:type="dxa"/>
            <w:shd w:val="clear" w:color="auto" w:fill="1F4E79"/>
          </w:tcPr>
          <w:p w14:paraId="2476304F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Funcionalidad 3 / evidencia</w:t>
            </w:r>
          </w:p>
        </w:tc>
        <w:tc>
          <w:tcPr>
            <w:tcW w:w="2045" w:type="dxa"/>
            <w:shd w:val="clear" w:color="auto" w:fill="1F4E79"/>
          </w:tcPr>
          <w:p w14:paraId="65281F1D" w14:textId="77777777" w:rsidR="003050EE" w:rsidRPr="009B32E3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9B32E3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Observación</w:t>
            </w:r>
          </w:p>
        </w:tc>
      </w:tr>
      <w:tr w:rsidR="002F10F4" w:rsidRPr="002F10F4" w14:paraId="551B9930" w14:textId="77777777">
        <w:trPr>
          <w:jc w:val="center"/>
        </w:trPr>
        <w:tc>
          <w:tcPr>
            <w:tcW w:w="2045" w:type="dxa"/>
            <w:vAlign w:val="center"/>
          </w:tcPr>
          <w:p w14:paraId="2C181F4E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Secuencia</w:t>
            </w:r>
          </w:p>
        </w:tc>
        <w:tc>
          <w:tcPr>
            <w:tcW w:w="2045" w:type="dxa"/>
            <w:vAlign w:val="center"/>
          </w:tcPr>
          <w:p w14:paraId="3475BA7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237E695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439C758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645612C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68494C24" w14:textId="77777777">
        <w:trPr>
          <w:jc w:val="center"/>
        </w:trPr>
        <w:tc>
          <w:tcPr>
            <w:tcW w:w="2045" w:type="dxa"/>
            <w:vAlign w:val="center"/>
          </w:tcPr>
          <w:p w14:paraId="1ED09D0F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Condicional (obligatorio en una funcionalidad)</w:t>
            </w:r>
          </w:p>
        </w:tc>
        <w:tc>
          <w:tcPr>
            <w:tcW w:w="2045" w:type="dxa"/>
            <w:vAlign w:val="center"/>
          </w:tcPr>
          <w:p w14:paraId="4425FB0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001C065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4E2B5C4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707F8CCB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1F9FCA9C" w14:textId="77777777">
        <w:trPr>
          <w:jc w:val="center"/>
        </w:trPr>
        <w:tc>
          <w:tcPr>
            <w:tcW w:w="2045" w:type="dxa"/>
            <w:vAlign w:val="center"/>
          </w:tcPr>
          <w:p w14:paraId="5EFAFFC8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Ciclo (obligatorio en otra funcionalidad)</w:t>
            </w:r>
          </w:p>
        </w:tc>
        <w:tc>
          <w:tcPr>
            <w:tcW w:w="2045" w:type="dxa"/>
            <w:vAlign w:val="center"/>
          </w:tcPr>
          <w:p w14:paraId="5E337B6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7812709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76763DF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31337F1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789B4090" w14:textId="77777777">
        <w:trPr>
          <w:jc w:val="center"/>
        </w:trPr>
        <w:tc>
          <w:tcPr>
            <w:tcW w:w="2045" w:type="dxa"/>
            <w:vAlign w:val="center"/>
          </w:tcPr>
          <w:p w14:paraId="502C850F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 xml:space="preserve">Invariante y </w:t>
            </w: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terminación</w:t>
            </w:r>
          </w:p>
        </w:tc>
        <w:tc>
          <w:tcPr>
            <w:tcW w:w="2045" w:type="dxa"/>
            <w:vAlign w:val="center"/>
          </w:tcPr>
          <w:p w14:paraId="56F967BD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390DAEF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5CFD92B1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06F1782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19445EED" w14:textId="77777777">
        <w:trPr>
          <w:jc w:val="center"/>
        </w:trPr>
        <w:tc>
          <w:tcPr>
            <w:tcW w:w="2045" w:type="dxa"/>
            <w:vAlign w:val="center"/>
          </w:tcPr>
          <w:p w14:paraId="7708D0B1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Correctitud parcial</w:t>
            </w:r>
          </w:p>
        </w:tc>
        <w:tc>
          <w:tcPr>
            <w:tcW w:w="2045" w:type="dxa"/>
            <w:vAlign w:val="center"/>
          </w:tcPr>
          <w:p w14:paraId="283B0439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7B1DC42A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3FFB67B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2AC66CB0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63DE4991" w14:textId="77777777">
        <w:trPr>
          <w:jc w:val="center"/>
        </w:trPr>
        <w:tc>
          <w:tcPr>
            <w:tcW w:w="2045" w:type="dxa"/>
            <w:vAlign w:val="center"/>
          </w:tcPr>
          <w:p w14:paraId="6EFA6C68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Correctitud total</w:t>
            </w:r>
          </w:p>
        </w:tc>
        <w:tc>
          <w:tcPr>
            <w:tcW w:w="2045" w:type="dxa"/>
            <w:vAlign w:val="center"/>
          </w:tcPr>
          <w:p w14:paraId="181DC87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49A072A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2B5AEF9F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5AA76BC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6E57776A" w14:textId="77777777">
        <w:trPr>
          <w:jc w:val="center"/>
        </w:trPr>
        <w:tc>
          <w:tcPr>
            <w:tcW w:w="2045" w:type="dxa"/>
            <w:vAlign w:val="center"/>
          </w:tcPr>
          <w:p w14:paraId="61B93A2F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Funciones/métodos y contratos</w:t>
            </w:r>
          </w:p>
        </w:tc>
        <w:tc>
          <w:tcPr>
            <w:tcW w:w="2045" w:type="dxa"/>
            <w:vAlign w:val="center"/>
          </w:tcPr>
          <w:p w14:paraId="19F9F63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256861D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307E739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7E250C5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6118EAF0" w14:textId="77777777">
        <w:trPr>
          <w:jc w:val="center"/>
        </w:trPr>
        <w:tc>
          <w:tcPr>
            <w:tcW w:w="2045" w:type="dxa"/>
            <w:vAlign w:val="center"/>
          </w:tcPr>
          <w:p w14:paraId="2C8D09A1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Verificación de algoritmos</w:t>
            </w:r>
          </w:p>
        </w:tc>
        <w:tc>
          <w:tcPr>
            <w:tcW w:w="2045" w:type="dxa"/>
            <w:vAlign w:val="center"/>
          </w:tcPr>
          <w:p w14:paraId="39B74386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46A643F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738973B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7B28A398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69B1256E" w14:textId="77777777">
        <w:trPr>
          <w:jc w:val="center"/>
        </w:trPr>
        <w:tc>
          <w:tcPr>
            <w:tcW w:w="2045" w:type="dxa"/>
            <w:vAlign w:val="center"/>
          </w:tcPr>
          <w:p w14:paraId="13F9E89C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Recursividad, si aplica</w:t>
            </w:r>
          </w:p>
        </w:tc>
        <w:tc>
          <w:tcPr>
            <w:tcW w:w="2045" w:type="dxa"/>
            <w:vAlign w:val="center"/>
          </w:tcPr>
          <w:p w14:paraId="755D5FF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1A3788E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5F8B0D35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7486928D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2EF40C84" w14:textId="77777777">
        <w:trPr>
          <w:jc w:val="center"/>
        </w:trPr>
        <w:tc>
          <w:tcPr>
            <w:tcW w:w="2045" w:type="dxa"/>
            <w:vAlign w:val="center"/>
          </w:tcPr>
          <w:p w14:paraId="4BF5D0B1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Verificación orientada a objetos, si aplica</w:t>
            </w:r>
          </w:p>
        </w:tc>
        <w:tc>
          <w:tcPr>
            <w:tcW w:w="2045" w:type="dxa"/>
            <w:vAlign w:val="center"/>
          </w:tcPr>
          <w:p w14:paraId="3053E713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1DD49667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7F9AA05E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  <w:tc>
          <w:tcPr>
            <w:tcW w:w="2045" w:type="dxa"/>
            <w:vAlign w:val="center"/>
          </w:tcPr>
          <w:p w14:paraId="6A0723C4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6390F686" w14:textId="77777777" w:rsidR="003050EE" w:rsidRPr="002F10F4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4B4E52F6" w14:textId="1FEF0D8D" w:rsidR="003050EE" w:rsidRPr="002F10F4" w:rsidRDefault="00D16780" w:rsidP="002F10F4">
      <w:pPr>
        <w:pStyle w:val="Ttulo1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 xml:space="preserve">5. </w:t>
      </w:r>
      <w:r w:rsidR="00F43894">
        <w:rPr>
          <w:rFonts w:cstheme="majorHAnsi"/>
          <w:color w:val="000000" w:themeColor="text1"/>
          <w:sz w:val="24"/>
          <w:szCs w:val="24"/>
          <w:lang w:val="es-CO"/>
        </w:rPr>
        <w:t xml:space="preserve">Código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6255"/>
      </w:tblGrid>
      <w:tr w:rsidR="00F43894" w:rsidRPr="002F10F4" w14:paraId="579CEC33" w14:textId="77777777" w:rsidTr="00F43894">
        <w:trPr>
          <w:jc w:val="center"/>
        </w:trPr>
        <w:tc>
          <w:tcPr>
            <w:tcW w:w="3969" w:type="dxa"/>
            <w:shd w:val="clear" w:color="auto" w:fill="1F4E79"/>
            <w:vAlign w:val="center"/>
          </w:tcPr>
          <w:p w14:paraId="1AF45F2F" w14:textId="5EFB7A91" w:rsidR="00F43894" w:rsidRPr="00F43894" w:rsidRDefault="00F43894" w:rsidP="00B32C5E">
            <w:pPr>
              <w:spacing w:after="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6255" w:type="dxa"/>
            <w:shd w:val="clear" w:color="auto" w:fill="1F4E79"/>
            <w:vAlign w:val="center"/>
          </w:tcPr>
          <w:p w14:paraId="2BF4563B" w14:textId="6E25E054" w:rsidR="00F43894" w:rsidRPr="00F43894" w:rsidRDefault="00F43894" w:rsidP="00B32C5E">
            <w:pPr>
              <w:spacing w:after="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es-CO"/>
              </w:rPr>
            </w:pPr>
            <w:r w:rsidRPr="00F43894">
              <w:rPr>
                <w:rFonts w:asciiTheme="majorHAnsi" w:hAnsiTheme="majorHAnsi" w:cstheme="majorHAnsi"/>
                <w:b/>
                <w:bCs/>
                <w:color w:val="FFFFFF" w:themeColor="background1"/>
                <w:sz w:val="24"/>
                <w:szCs w:val="24"/>
                <w:lang w:val="es-CO"/>
              </w:rPr>
              <w:t>Respuesta / evidencia</w:t>
            </w:r>
          </w:p>
        </w:tc>
      </w:tr>
      <w:tr w:rsidR="009B32E3" w:rsidRPr="002F10F4" w14:paraId="4D3B6C49" w14:textId="77777777" w:rsidTr="00F43894">
        <w:trPr>
          <w:jc w:val="center"/>
        </w:trPr>
        <w:tc>
          <w:tcPr>
            <w:tcW w:w="3969" w:type="dxa"/>
            <w:vAlign w:val="center"/>
          </w:tcPr>
          <w:p w14:paraId="41F68340" w14:textId="77777777" w:rsidR="009B32E3" w:rsidRPr="002F10F4" w:rsidRDefault="009B32E3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Lenguaje y entorno</w:t>
            </w:r>
          </w:p>
        </w:tc>
        <w:tc>
          <w:tcPr>
            <w:tcW w:w="6255" w:type="dxa"/>
            <w:vAlign w:val="center"/>
          </w:tcPr>
          <w:p w14:paraId="291607F1" w14:textId="77777777" w:rsidR="009B32E3" w:rsidRPr="002F10F4" w:rsidRDefault="009B32E3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B32E3" w:rsidRPr="002F10F4" w14:paraId="31B07BE3" w14:textId="77777777" w:rsidTr="00F43894">
        <w:trPr>
          <w:jc w:val="center"/>
        </w:trPr>
        <w:tc>
          <w:tcPr>
            <w:tcW w:w="3969" w:type="dxa"/>
            <w:vAlign w:val="center"/>
          </w:tcPr>
          <w:p w14:paraId="7BB60E26" w14:textId="77777777" w:rsidR="009B32E3" w:rsidRPr="002F10F4" w:rsidRDefault="009B32E3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Enlace al código fuente y permisos de acceso</w:t>
            </w:r>
          </w:p>
        </w:tc>
        <w:tc>
          <w:tcPr>
            <w:tcW w:w="6255" w:type="dxa"/>
            <w:vAlign w:val="center"/>
          </w:tcPr>
          <w:p w14:paraId="1249BBA6" w14:textId="77777777" w:rsidR="009B32E3" w:rsidRPr="002F10F4" w:rsidRDefault="009B32E3" w:rsidP="00B32C5E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17AF7A60" w14:textId="77777777" w:rsidR="009B32E3" w:rsidRPr="002F10F4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57B62B1E" w14:textId="77777777" w:rsidR="003050EE" w:rsidRPr="002F10F4" w:rsidRDefault="00D16780" w:rsidP="002F10F4">
      <w:pPr>
        <w:pStyle w:val="Ttulo1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6. Conclusiones generales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28"/>
        <w:gridCol w:w="6396"/>
      </w:tblGrid>
      <w:tr w:rsidR="002F10F4" w:rsidRPr="002F10F4" w14:paraId="7CFC069E" w14:textId="77777777" w:rsidTr="0046315D">
        <w:trPr>
          <w:jc w:val="center"/>
        </w:trPr>
        <w:tc>
          <w:tcPr>
            <w:tcW w:w="3828" w:type="dxa"/>
            <w:shd w:val="clear" w:color="auto" w:fill="1F4E79"/>
          </w:tcPr>
          <w:p w14:paraId="02A101C8" w14:textId="77777777" w:rsidR="003050EE" w:rsidRPr="0046315D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6315D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6396" w:type="dxa"/>
            <w:shd w:val="clear" w:color="auto" w:fill="1F4E79"/>
          </w:tcPr>
          <w:p w14:paraId="75CE0E00" w14:textId="77777777" w:rsidR="003050EE" w:rsidRPr="0046315D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46315D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Respuesta / evidencia</w:t>
            </w:r>
          </w:p>
        </w:tc>
      </w:tr>
      <w:tr w:rsidR="002F10F4" w:rsidRPr="002F10F4" w14:paraId="05C0FCD3" w14:textId="77777777" w:rsidTr="009B32E3">
        <w:trPr>
          <w:jc w:val="center"/>
        </w:trPr>
        <w:tc>
          <w:tcPr>
            <w:tcW w:w="3828" w:type="dxa"/>
            <w:vAlign w:val="center"/>
          </w:tcPr>
          <w:p w14:paraId="6B96CC77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 xml:space="preserve">Resultados principales de la </w:t>
            </w: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verificación</w:t>
            </w:r>
          </w:p>
        </w:tc>
        <w:tc>
          <w:tcPr>
            <w:tcW w:w="6396" w:type="dxa"/>
            <w:vAlign w:val="center"/>
          </w:tcPr>
          <w:p w14:paraId="132ECED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2F10F4" w:rsidRPr="002F10F4" w14:paraId="0732B70D" w14:textId="77777777" w:rsidTr="009B32E3">
        <w:trPr>
          <w:jc w:val="center"/>
        </w:trPr>
        <w:tc>
          <w:tcPr>
            <w:tcW w:w="3828" w:type="dxa"/>
            <w:vAlign w:val="center"/>
          </w:tcPr>
          <w:p w14:paraId="57AFD669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Defectos encontrados y correcciones</w:t>
            </w:r>
          </w:p>
        </w:tc>
        <w:tc>
          <w:tcPr>
            <w:tcW w:w="6396" w:type="dxa"/>
            <w:vAlign w:val="center"/>
          </w:tcPr>
          <w:p w14:paraId="0FC156FC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  <w:tr w:rsidR="009B32E3" w:rsidRPr="002F10F4" w14:paraId="6C95EA31" w14:textId="77777777" w:rsidTr="009B32E3">
        <w:trPr>
          <w:jc w:val="center"/>
        </w:trPr>
        <w:tc>
          <w:tcPr>
            <w:tcW w:w="3828" w:type="dxa"/>
            <w:vAlign w:val="center"/>
          </w:tcPr>
          <w:p w14:paraId="3FA5155C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Aspectos pendientes para el proyecto final</w:t>
            </w:r>
          </w:p>
        </w:tc>
        <w:tc>
          <w:tcPr>
            <w:tcW w:w="6396" w:type="dxa"/>
            <w:vAlign w:val="center"/>
          </w:tcPr>
          <w:p w14:paraId="3B3147A2" w14:textId="77777777" w:rsidR="003050EE" w:rsidRPr="002F10F4" w:rsidRDefault="003050EE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</w:p>
        </w:tc>
      </w:tr>
    </w:tbl>
    <w:p w14:paraId="4E46398F" w14:textId="016E42A4" w:rsidR="003050EE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0A05377E" w14:textId="33D1D7AA" w:rsidR="009B32E3" w:rsidRDefault="009B32E3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144B6888" w14:textId="2BF5DFBB" w:rsidR="00F43894" w:rsidRDefault="00F43894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1294D6DD" w14:textId="73038C29" w:rsidR="00F43894" w:rsidRDefault="00F43894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6A2503B8" w14:textId="290C8961" w:rsidR="00F43894" w:rsidRDefault="00F43894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60FF186A" w14:textId="355893F8" w:rsidR="00F43894" w:rsidRDefault="00F43894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231556E" w14:textId="77777777" w:rsidR="00F43894" w:rsidRPr="002F10F4" w:rsidRDefault="00F43894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771B022E" w14:textId="77777777" w:rsidR="003050EE" w:rsidRPr="002F10F4" w:rsidRDefault="00D16780" w:rsidP="002F10F4">
      <w:pPr>
        <w:pStyle w:val="Ttulo1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lastRenderedPageBreak/>
        <w:t>7. Lista de control</w:t>
      </w:r>
    </w:p>
    <w:p w14:paraId="622F99BE" w14:textId="77777777" w:rsidR="003050EE" w:rsidRPr="002F10F4" w:rsidRDefault="00D16780" w:rsidP="002F10F4">
      <w:pPr>
        <w:pStyle w:val="Listaconvietas"/>
        <w:spacing w:after="0" w:line="240" w:lineRule="auto"/>
        <w:ind w:firstLine="0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ascii="Segoe UI Symbol" w:hAnsi="Segoe UI Symbol" w:cs="Segoe UI Symbol"/>
          <w:color w:val="000000" w:themeColor="text1"/>
          <w:sz w:val="24"/>
          <w:szCs w:val="24"/>
          <w:lang w:val="es-CO"/>
        </w:rPr>
        <w:t>☐</w:t>
      </w: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 xml:space="preserve"> Se mantienen las tres funcionalidades o se justifican cambios.</w:t>
      </w:r>
    </w:p>
    <w:p w14:paraId="5729F1C0" w14:textId="77777777" w:rsidR="003050EE" w:rsidRPr="002F10F4" w:rsidRDefault="00D16780" w:rsidP="002F10F4">
      <w:pPr>
        <w:pStyle w:val="Listaconvietas"/>
        <w:spacing w:after="0" w:line="240" w:lineRule="auto"/>
        <w:ind w:firstLine="0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ascii="Segoe UI Symbol" w:hAnsi="Segoe UI Symbol" w:cs="Segoe UI Symbol"/>
          <w:color w:val="000000" w:themeColor="text1"/>
          <w:sz w:val="24"/>
          <w:szCs w:val="24"/>
          <w:lang w:val="es-CO"/>
        </w:rPr>
        <w:t>☐</w:t>
      </w: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 xml:space="preserve"> PRE/POST y código están relacionados.</w:t>
      </w:r>
    </w:p>
    <w:p w14:paraId="7F2C49E2" w14:textId="77777777" w:rsidR="003050EE" w:rsidRPr="002F10F4" w:rsidRDefault="00D16780" w:rsidP="002F10F4">
      <w:pPr>
        <w:pStyle w:val="Listaconvietas"/>
        <w:spacing w:after="0" w:line="240" w:lineRule="auto"/>
        <w:ind w:firstLine="0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ascii="Segoe UI Symbol" w:hAnsi="Segoe UI Symbol" w:cs="Segoe UI Symbol"/>
          <w:color w:val="000000" w:themeColor="text1"/>
          <w:sz w:val="24"/>
          <w:szCs w:val="24"/>
          <w:lang w:val="es-CO"/>
        </w:rPr>
        <w:t>☐</w:t>
      </w: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 xml:space="preserve"> Hay condicional en una </w:t>
      </w: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>funcionalidad y ciclo en otra.</w:t>
      </w:r>
    </w:p>
    <w:p w14:paraId="611B5BF6" w14:textId="77777777" w:rsidR="003050EE" w:rsidRPr="002F10F4" w:rsidRDefault="00D16780" w:rsidP="002F10F4">
      <w:pPr>
        <w:pStyle w:val="Listaconvietas"/>
        <w:spacing w:after="0" w:line="240" w:lineRule="auto"/>
        <w:ind w:firstLine="0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ascii="Segoe UI Symbol" w:hAnsi="Segoe UI Symbol" w:cs="Segoe UI Symbol"/>
          <w:color w:val="000000" w:themeColor="text1"/>
          <w:sz w:val="24"/>
          <w:szCs w:val="24"/>
          <w:lang w:val="es-CO"/>
        </w:rPr>
        <w:t>☐</w:t>
      </w: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 xml:space="preserve"> Se analiza invariante/terminación y correctitud cuando corresponde.</w:t>
      </w:r>
    </w:p>
    <w:p w14:paraId="71A3C5C1" w14:textId="77777777" w:rsidR="003050EE" w:rsidRPr="002F10F4" w:rsidRDefault="00D16780" w:rsidP="002F10F4">
      <w:pPr>
        <w:pStyle w:val="Listaconvietas"/>
        <w:spacing w:after="0" w:line="240" w:lineRule="auto"/>
        <w:ind w:firstLine="0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ascii="Segoe UI Symbol" w:hAnsi="Segoe UI Symbol" w:cs="Segoe UI Symbol"/>
          <w:color w:val="000000" w:themeColor="text1"/>
          <w:sz w:val="24"/>
          <w:szCs w:val="24"/>
          <w:lang w:val="es-CO"/>
        </w:rPr>
        <w:t>☐</w:t>
      </w: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 xml:space="preserve"> Se revisan funciones, algoritmos, recursividad y objetos según aplique.</w:t>
      </w:r>
    </w:p>
    <w:p w14:paraId="32E671B4" w14:textId="77777777" w:rsidR="003050EE" w:rsidRPr="002F10F4" w:rsidRDefault="00D16780" w:rsidP="002F10F4">
      <w:pPr>
        <w:pStyle w:val="Listaconvietas"/>
        <w:spacing w:after="0" w:line="240" w:lineRule="auto"/>
        <w:ind w:firstLine="0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ascii="Segoe UI Symbol" w:hAnsi="Segoe UI Symbol" w:cs="Segoe UI Symbol"/>
          <w:color w:val="000000" w:themeColor="text1"/>
          <w:sz w:val="24"/>
          <w:szCs w:val="24"/>
          <w:lang w:val="es-CO"/>
        </w:rPr>
        <w:t>☐</w:t>
      </w: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 xml:space="preserve"> Cada funcionalidad incluye ejecuciones, capturas y comparación esperado/observa</w:t>
      </w: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>do.</w:t>
      </w:r>
    </w:p>
    <w:p w14:paraId="4DA4D225" w14:textId="77777777" w:rsidR="003050EE" w:rsidRPr="002F10F4" w:rsidRDefault="00D16780" w:rsidP="002F10F4">
      <w:pPr>
        <w:pStyle w:val="Listaconvietas"/>
        <w:spacing w:after="0" w:line="240" w:lineRule="auto"/>
        <w:ind w:firstLine="0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ascii="Segoe UI Symbol" w:hAnsi="Segoe UI Symbol" w:cs="Segoe UI Symbol"/>
          <w:color w:val="000000" w:themeColor="text1"/>
          <w:sz w:val="24"/>
          <w:szCs w:val="24"/>
          <w:lang w:val="es-CO"/>
        </w:rPr>
        <w:t>☐</w:t>
      </w: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 xml:space="preserve"> Se registran correcciones o la ausencia de diferencias.</w:t>
      </w:r>
    </w:p>
    <w:p w14:paraId="471EA16B" w14:textId="052E9A12" w:rsidR="003050EE" w:rsidRDefault="00D16780" w:rsidP="002F10F4">
      <w:pPr>
        <w:pStyle w:val="Listaconvietas"/>
        <w:spacing w:after="0" w:line="240" w:lineRule="auto"/>
        <w:ind w:firstLine="0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ascii="Segoe UI Symbol" w:hAnsi="Segoe UI Symbol" w:cs="Segoe UI Symbol"/>
          <w:color w:val="000000" w:themeColor="text1"/>
          <w:sz w:val="24"/>
          <w:szCs w:val="24"/>
          <w:lang w:val="es-CO"/>
        </w:rPr>
        <w:t>☐</w:t>
      </w:r>
      <w:r w:rsidRPr="002F10F4"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  <w:t xml:space="preserve"> El enlace del código funciona y el PDF es legible.</w:t>
      </w:r>
    </w:p>
    <w:p w14:paraId="67D947FA" w14:textId="77777777" w:rsidR="009B32E3" w:rsidRPr="002F10F4" w:rsidRDefault="009B32E3" w:rsidP="009B32E3">
      <w:pPr>
        <w:pStyle w:val="Listaconvietas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7D2366C0" w14:textId="77777777" w:rsidR="003050EE" w:rsidRPr="002F10F4" w:rsidRDefault="00D16780" w:rsidP="002F10F4">
      <w:pPr>
        <w:pStyle w:val="Ttulo1"/>
        <w:spacing w:before="0" w:line="240" w:lineRule="auto"/>
        <w:rPr>
          <w:rFonts w:cstheme="majorHAnsi"/>
          <w:color w:val="000000" w:themeColor="text1"/>
          <w:sz w:val="24"/>
          <w:szCs w:val="24"/>
          <w:lang w:val="es-CO"/>
        </w:rPr>
      </w:pPr>
      <w:r w:rsidRPr="002F10F4">
        <w:rPr>
          <w:rFonts w:cstheme="majorHAnsi"/>
          <w:color w:val="000000" w:themeColor="text1"/>
          <w:sz w:val="24"/>
          <w:szCs w:val="24"/>
          <w:lang w:val="es-CO"/>
        </w:rPr>
        <w:t>8. Información de entrega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8381"/>
      </w:tblGrid>
      <w:tr w:rsidR="002F10F4" w:rsidRPr="002F10F4" w14:paraId="0BABBD38" w14:textId="77777777" w:rsidTr="00D16780">
        <w:trPr>
          <w:jc w:val="center"/>
        </w:trPr>
        <w:tc>
          <w:tcPr>
            <w:tcW w:w="1843" w:type="dxa"/>
            <w:shd w:val="clear" w:color="auto" w:fill="1F4E79"/>
          </w:tcPr>
          <w:p w14:paraId="5229CEA2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Campo</w:t>
            </w:r>
          </w:p>
        </w:tc>
        <w:tc>
          <w:tcPr>
            <w:tcW w:w="8381" w:type="dxa"/>
            <w:shd w:val="clear" w:color="auto" w:fill="1F4E79"/>
          </w:tcPr>
          <w:p w14:paraId="28E8F27F" w14:textId="77777777" w:rsidR="003050EE" w:rsidRPr="00D16780" w:rsidRDefault="00D16780" w:rsidP="002F10F4">
            <w:pPr>
              <w:spacing w:after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s-CO"/>
              </w:rPr>
            </w:pPr>
            <w:r w:rsidRPr="00D16780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s-CO"/>
              </w:rPr>
              <w:t>Indicación</w:t>
            </w:r>
          </w:p>
        </w:tc>
      </w:tr>
      <w:tr w:rsidR="002F10F4" w:rsidRPr="002F10F4" w14:paraId="1537CF8A" w14:textId="77777777" w:rsidTr="009B32E3">
        <w:trPr>
          <w:jc w:val="center"/>
        </w:trPr>
        <w:tc>
          <w:tcPr>
            <w:tcW w:w="1843" w:type="dxa"/>
            <w:vAlign w:val="center"/>
          </w:tcPr>
          <w:p w14:paraId="5686C0F8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Modalidad</w:t>
            </w:r>
          </w:p>
        </w:tc>
        <w:tc>
          <w:tcPr>
            <w:tcW w:w="8381" w:type="dxa"/>
            <w:vAlign w:val="center"/>
          </w:tcPr>
          <w:p w14:paraId="0AA5C9B5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Grupal, máximo 3 integrantes.</w:t>
            </w:r>
          </w:p>
        </w:tc>
      </w:tr>
      <w:tr w:rsidR="002F10F4" w:rsidRPr="002F10F4" w14:paraId="5F3F353B" w14:textId="77777777" w:rsidTr="009B32E3">
        <w:trPr>
          <w:jc w:val="center"/>
        </w:trPr>
        <w:tc>
          <w:tcPr>
            <w:tcW w:w="1843" w:type="dxa"/>
            <w:vAlign w:val="center"/>
          </w:tcPr>
          <w:p w14:paraId="1921B01C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Documento</w:t>
            </w:r>
          </w:p>
        </w:tc>
        <w:tc>
          <w:tcPr>
            <w:tcW w:w="8381" w:type="dxa"/>
            <w:vAlign w:val="center"/>
          </w:tcPr>
          <w:p w14:paraId="3C6DE6E2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 xml:space="preserve">Formato diligenciado, exportado a un </w:t>
            </w: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único PDF.</w:t>
            </w:r>
          </w:p>
        </w:tc>
      </w:tr>
      <w:tr w:rsidR="002F10F4" w:rsidRPr="002F10F4" w14:paraId="33370417" w14:textId="77777777" w:rsidTr="009B32E3">
        <w:trPr>
          <w:jc w:val="center"/>
        </w:trPr>
        <w:tc>
          <w:tcPr>
            <w:tcW w:w="1843" w:type="dxa"/>
            <w:vAlign w:val="center"/>
          </w:tcPr>
          <w:p w14:paraId="16E9FD11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Código</w:t>
            </w:r>
          </w:p>
        </w:tc>
        <w:tc>
          <w:tcPr>
            <w:tcW w:w="8381" w:type="dxa"/>
            <w:vAlign w:val="center"/>
          </w:tcPr>
          <w:p w14:paraId="299E267B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Adjunto o enlace accesible; las capturas no sustituyen el código.</w:t>
            </w:r>
          </w:p>
        </w:tc>
      </w:tr>
      <w:tr w:rsidR="002F10F4" w:rsidRPr="002F10F4" w14:paraId="0CF64A57" w14:textId="77777777" w:rsidTr="009B32E3">
        <w:trPr>
          <w:jc w:val="center"/>
        </w:trPr>
        <w:tc>
          <w:tcPr>
            <w:tcW w:w="1843" w:type="dxa"/>
            <w:vAlign w:val="center"/>
          </w:tcPr>
          <w:p w14:paraId="60A4C42A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Lugar</w:t>
            </w:r>
          </w:p>
        </w:tc>
        <w:tc>
          <w:tcPr>
            <w:tcW w:w="8381" w:type="dxa"/>
            <w:vAlign w:val="center"/>
          </w:tcPr>
          <w:p w14:paraId="2C0668FC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AVAS.</w:t>
            </w:r>
          </w:p>
        </w:tc>
      </w:tr>
      <w:tr w:rsidR="00494A98" w:rsidRPr="002F10F4" w14:paraId="242E7556" w14:textId="77777777" w:rsidTr="009B32E3">
        <w:trPr>
          <w:jc w:val="center"/>
        </w:trPr>
        <w:tc>
          <w:tcPr>
            <w:tcW w:w="1843" w:type="dxa"/>
            <w:vAlign w:val="center"/>
          </w:tcPr>
          <w:p w14:paraId="5F8EA752" w14:textId="77777777" w:rsidR="003050EE" w:rsidRPr="002F10F4" w:rsidRDefault="00D16780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 w:rsidRPr="002F10F4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Fecha</w:t>
            </w:r>
          </w:p>
        </w:tc>
        <w:tc>
          <w:tcPr>
            <w:tcW w:w="8381" w:type="dxa"/>
            <w:vAlign w:val="center"/>
          </w:tcPr>
          <w:p w14:paraId="7EB5EC12" w14:textId="062F9C87" w:rsidR="003050EE" w:rsidRPr="002F10F4" w:rsidRDefault="00F43894" w:rsidP="002F10F4">
            <w:pPr>
              <w:spacing w:after="0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s-CO"/>
              </w:rPr>
              <w:t>10 de noviembre de 2026 hasta las 7:00am</w:t>
            </w:r>
          </w:p>
        </w:tc>
      </w:tr>
    </w:tbl>
    <w:p w14:paraId="25583564" w14:textId="5ADE5A90" w:rsidR="003050EE" w:rsidRDefault="003050EE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205690AF" w14:textId="77777777" w:rsidR="00494A98" w:rsidRDefault="00494A98" w:rsidP="00494A98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p w14:paraId="1F453E93" w14:textId="77777777" w:rsidR="00494A98" w:rsidRPr="002F10F4" w:rsidRDefault="00494A98" w:rsidP="002F10F4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  <w:lang w:val="es-CO"/>
        </w:rPr>
      </w:pPr>
    </w:p>
    <w:sectPr w:rsidR="00494A98" w:rsidRPr="002F10F4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10F4"/>
    <w:rsid w:val="003050EE"/>
    <w:rsid w:val="00326F90"/>
    <w:rsid w:val="0046315D"/>
    <w:rsid w:val="00494A98"/>
    <w:rsid w:val="009238D6"/>
    <w:rsid w:val="009B32E3"/>
    <w:rsid w:val="009C5419"/>
    <w:rsid w:val="00A24323"/>
    <w:rsid w:val="00AA1D8D"/>
    <w:rsid w:val="00B47730"/>
    <w:rsid w:val="00C36938"/>
    <w:rsid w:val="00CB0664"/>
    <w:rsid w:val="00D16780"/>
    <w:rsid w:val="00EE728E"/>
    <w:rsid w:val="00F438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B5D10C"/>
  <w14:defaultImageDpi w14:val="300"/>
  <w15:docId w15:val="{75BB4C2A-6BED-4CE0-BA24-FA99F2730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379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F4E79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9238D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1279</Words>
  <Characters>7037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Trabajos de Grado Ingenieria de Sistemas</cp:lastModifiedBy>
  <cp:revision>10</cp:revision>
  <dcterms:created xsi:type="dcterms:W3CDTF">2013-12-23T23:15:00Z</dcterms:created>
  <dcterms:modified xsi:type="dcterms:W3CDTF">2026-10-27T00:51:00Z</dcterms:modified>
  <cp:category/>
</cp:coreProperties>
</file>